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1C818" w14:textId="77777777" w:rsidR="009A7ED9" w:rsidRDefault="003D4EC2" w:rsidP="00B92A38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t>БЕКІТЕМІН</w:t>
      </w:r>
    </w:p>
    <w:p w14:paraId="05CE2CE4" w14:textId="4549132F" w:rsidR="00CB236B" w:rsidRPr="00B92A38" w:rsidRDefault="002D5967" w:rsidP="00B92A38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proofErr w:type="spellStart"/>
      <w:r w:rsidR="003D4EC2">
        <w:rPr>
          <w:rFonts w:ascii="Times New Roman" w:hAnsi="Times New Roman" w:cs="Times New Roman"/>
          <w:b/>
          <w:sz w:val="20"/>
          <w:szCs w:val="20"/>
          <w:lang w:val="ru-RU"/>
        </w:rPr>
        <w:t>Мектеп</w:t>
      </w:r>
      <w:proofErr w:type="spellEnd"/>
      <w:r w:rsid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директоры</w:t>
      </w: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__________</w:t>
      </w:r>
      <w:r w:rsidR="003D4EC2">
        <w:rPr>
          <w:rFonts w:ascii="Times New Roman" w:hAnsi="Times New Roman" w:cs="Times New Roman"/>
          <w:b/>
          <w:sz w:val="20"/>
          <w:szCs w:val="20"/>
          <w:lang w:val="ru-RU"/>
        </w:rPr>
        <w:t>Ганькевич И.М.</w:t>
      </w: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br/>
        <w:t>«</w:t>
      </w:r>
      <w:proofErr w:type="gramStart"/>
      <w:r w:rsidR="003D4EC2">
        <w:rPr>
          <w:rFonts w:ascii="Times New Roman" w:hAnsi="Times New Roman" w:cs="Times New Roman"/>
          <w:b/>
          <w:sz w:val="20"/>
          <w:szCs w:val="20"/>
          <w:lang w:val="ru-RU"/>
        </w:rPr>
        <w:t>2</w:t>
      </w: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>»</w:t>
      </w:r>
      <w:r w:rsidR="003D4EC2">
        <w:rPr>
          <w:rFonts w:ascii="Times New Roman" w:hAnsi="Times New Roman" w:cs="Times New Roman"/>
          <w:b/>
          <w:sz w:val="20"/>
          <w:szCs w:val="20"/>
          <w:lang w:val="ru-RU"/>
        </w:rPr>
        <w:t>қыркүйек</w:t>
      </w:r>
      <w:proofErr w:type="gramEnd"/>
      <w:r w:rsid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2026 </w:t>
      </w:r>
      <w:r w:rsidR="003D4EC2">
        <w:rPr>
          <w:rFonts w:ascii="Times New Roman" w:hAnsi="Times New Roman" w:cs="Times New Roman"/>
          <w:b/>
          <w:sz w:val="20"/>
          <w:szCs w:val="20"/>
          <w:lang w:val="ru-RU"/>
        </w:rPr>
        <w:t>ж</w:t>
      </w: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38F02C42" w14:textId="77777777" w:rsidR="00B92A38" w:rsidRPr="00B92A38" w:rsidRDefault="00B92A38" w:rsidP="00B92A38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0DEAE80" w14:textId="77777777" w:rsidR="00B92A38" w:rsidRPr="00B92A38" w:rsidRDefault="00B92A38" w:rsidP="00B92A38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9D94C21" w14:textId="77777777" w:rsidR="00B92A38" w:rsidRPr="00B92A38" w:rsidRDefault="00B92A38" w:rsidP="00B92A38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104A498F" w14:textId="77777777" w:rsidR="00B92A38" w:rsidRPr="00B92A38" w:rsidRDefault="00B92A38" w:rsidP="00B92A38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CF4B5F0" w14:textId="14911117" w:rsidR="00B92A38" w:rsidRPr="00B92A38" w:rsidRDefault="003D4EC2" w:rsidP="00B92A38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t>«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Ақкөл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қаласының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№2 </w:t>
      </w:r>
      <w:proofErr w:type="gramStart"/>
      <w:r>
        <w:rPr>
          <w:rFonts w:ascii="Times New Roman" w:hAnsi="Times New Roman" w:cs="Times New Roman"/>
          <w:b/>
          <w:sz w:val="20"/>
          <w:szCs w:val="20"/>
          <w:lang w:val="ru-RU"/>
        </w:rPr>
        <w:t>ЖОББМ»КММ</w:t>
      </w:r>
      <w:proofErr w:type="gramEnd"/>
      <w:r>
        <w:rPr>
          <w:rFonts w:ascii="Times New Roman" w:hAnsi="Times New Roman" w:cs="Times New Roman"/>
          <w:b/>
          <w:sz w:val="20"/>
          <w:szCs w:val="20"/>
          <w:lang w:val="ru-RU"/>
        </w:rPr>
        <w:t>-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нің</w:t>
      </w:r>
      <w:proofErr w:type="spellEnd"/>
    </w:p>
    <w:p w14:paraId="22F47A80" w14:textId="7AB02CC3" w:rsidR="00B92A38" w:rsidRPr="003D4EC2" w:rsidRDefault="003D4EC2" w:rsidP="00B92A38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2026–2027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оқу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жылына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арналған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br/>
        <w:t>«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Адал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азамат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»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біртұтас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тәрбие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бағдарламасын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іске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асыру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t>бойынша</w:t>
      </w:r>
      <w:proofErr w:type="spellEnd"/>
      <w:r w:rsidRPr="003D4EC2">
        <w:rPr>
          <w:rFonts w:ascii="Times New Roman" w:hAnsi="Times New Roman" w:cs="Times New Roman"/>
          <w:b/>
          <w:sz w:val="20"/>
          <w:szCs w:val="20"/>
          <w:lang w:val="ru-RU"/>
        </w:rPr>
        <w:br/>
        <w:t>ТӘРБИЕ ЖҰМЫСЫНЫҢ БІРЫҢҒАЙ ЖОСПАРЫ</w:t>
      </w:r>
    </w:p>
    <w:p w14:paraId="41F53370" w14:textId="77777777" w:rsidR="003D4EC2" w:rsidRDefault="003D4EC2" w:rsidP="00B92A38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519CE0D2" w14:textId="1CBAB66D" w:rsidR="00CB236B" w:rsidRDefault="002D5967" w:rsidP="00B92A38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>ЕДИНЫЙ ПЛАН ВОСПИТАТЕЛЬНОЙ РАБОТЫ</w:t>
      </w: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br/>
        <w:t>на 2026–2027 учебный год</w:t>
      </w: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br/>
        <w:t>по реализации единой программы воспитания «</w:t>
      </w:r>
      <w:proofErr w:type="spellStart"/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>Адал</w:t>
      </w:r>
      <w:proofErr w:type="spellEnd"/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>азамат</w:t>
      </w:r>
      <w:proofErr w:type="spellEnd"/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>»</w:t>
      </w:r>
    </w:p>
    <w:p w14:paraId="43187145" w14:textId="03A99B62" w:rsidR="003D4EC2" w:rsidRPr="00B92A38" w:rsidRDefault="003D4EC2" w:rsidP="00B92A38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КГУ «Общеобразовательная школа №2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г.Акколь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>»</w:t>
      </w:r>
    </w:p>
    <w:p w14:paraId="180C50D3" w14:textId="77777777" w:rsidR="00B92A38" w:rsidRPr="00B92A38" w:rsidRDefault="00B92A38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2B857DB4" w14:textId="77777777" w:rsidR="00B92A38" w:rsidRPr="00B92A38" w:rsidRDefault="00B92A38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3B342E12" w14:textId="77777777" w:rsidR="00B92A38" w:rsidRPr="00B92A38" w:rsidRDefault="00B92A38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5BD82D8C" w14:textId="77777777" w:rsidR="00B92A38" w:rsidRPr="00B92A38" w:rsidRDefault="00B92A38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F5838DE" w14:textId="77777777" w:rsidR="00B92A38" w:rsidRPr="00B92A38" w:rsidRDefault="00B92A38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68A4A6E" w14:textId="77777777" w:rsidR="00B92A38" w:rsidRPr="00B92A38" w:rsidRDefault="00B92A38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2563720" w14:textId="77777777" w:rsidR="00B92A38" w:rsidRPr="00B92A38" w:rsidRDefault="00B92A38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08DA650" w14:textId="77777777" w:rsidR="00B92A38" w:rsidRPr="00B92A38" w:rsidRDefault="00B92A38" w:rsidP="00B92A38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14:paraId="5531FCD0" w14:textId="77777777" w:rsidR="00B92A38" w:rsidRPr="00B92A38" w:rsidRDefault="00B92A38" w:rsidP="00B92A38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14:paraId="79BCA8C7" w14:textId="77777777" w:rsidR="00B92A38" w:rsidRPr="00B92A38" w:rsidRDefault="00B92A38" w:rsidP="00B92A38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14:paraId="66C52C41" w14:textId="77777777" w:rsidR="00B92A38" w:rsidRPr="00B92A38" w:rsidRDefault="00B92A38" w:rsidP="003D4EC2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53FB8FE" w14:textId="77777777" w:rsidR="00B92A38" w:rsidRPr="00B92A38" w:rsidRDefault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E7EE32C" w14:textId="77777777" w:rsidR="00B92A38" w:rsidRPr="00B92A38" w:rsidRDefault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4DDB832" w14:textId="77777777" w:rsidR="00B92A38" w:rsidRPr="00B92A38" w:rsidRDefault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1747869B" w14:textId="77777777" w:rsidR="00CB236B" w:rsidRPr="00B92A38" w:rsidRDefault="002D596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 xml:space="preserve">Цель: </w:t>
      </w:r>
      <w:r w:rsidRPr="00B92A38">
        <w:rPr>
          <w:rFonts w:ascii="Times New Roman" w:hAnsi="Times New Roman" w:cs="Times New Roman"/>
          <w:sz w:val="20"/>
          <w:szCs w:val="20"/>
          <w:lang w:val="ru-RU"/>
        </w:rPr>
        <w:t>формирование образованного, патриотичного, ответственного и созидательного поколения, способного уважать закон и труд, бережно относиться к окружающей среде и вносить вклад в развитие страны.</w:t>
      </w:r>
    </w:p>
    <w:p w14:paraId="2E03B0C4" w14:textId="77777777" w:rsidR="00CB236B" w:rsidRPr="00B92A38" w:rsidRDefault="002D596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 xml:space="preserve">Базовые ценности по месяцам: </w:t>
      </w:r>
      <w:r w:rsidRPr="00B92A38">
        <w:rPr>
          <w:rFonts w:ascii="Times New Roman" w:hAnsi="Times New Roman" w:cs="Times New Roman"/>
          <w:sz w:val="20"/>
          <w:szCs w:val="20"/>
          <w:lang w:val="ru-RU"/>
        </w:rPr>
        <w:t>сентябрь — трудолюбие и профессионализм; октябрь — независимость и патриотизм; ноябрь — справедливость и ответственность; декабрь — единство и солидарность; январь — закон и порядок; февраль — созидание и новаторство; март — независимость и патриотизм; апрель — трудолюбие и профессионализм; май — единство и солидарность.</w:t>
      </w:r>
    </w:p>
    <w:p w14:paraId="5EA11B7B" w14:textId="77777777" w:rsidR="00CB236B" w:rsidRPr="00B92A38" w:rsidRDefault="002D596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B92A38">
        <w:rPr>
          <w:rFonts w:ascii="Times New Roman" w:hAnsi="Times New Roman" w:cs="Times New Roman"/>
          <w:sz w:val="20"/>
          <w:szCs w:val="20"/>
          <w:lang w:val="ru-RU"/>
        </w:rPr>
        <w:t>Еженедельно: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Менің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Қазақстаным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 (Государственный Гимн), цитата недели, классный час и 10-минутный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Қауіпсіздік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сабағы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». Ежедневно: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Ұлттық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ойын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–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ұлт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қазынасы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»,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Өнегелі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15 минут»,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Үнемді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тұтыну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»,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Күй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күмбірі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».</w:t>
      </w:r>
    </w:p>
    <w:p w14:paraId="65A81413" w14:textId="77777777" w:rsidR="00CB236B" w:rsidRPr="00B92A38" w:rsidRDefault="002D596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B92A38">
        <w:rPr>
          <w:rFonts w:ascii="Times New Roman" w:hAnsi="Times New Roman" w:cs="Times New Roman"/>
          <w:sz w:val="20"/>
          <w:szCs w:val="20"/>
          <w:lang w:val="ru-RU"/>
        </w:rPr>
        <w:t>Социальные проекты: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Қамқор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»,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Еңбегі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адал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–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жас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өрен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»,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Шабыт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»,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Ұшқыр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ой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алаңы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», «</w:t>
      </w:r>
      <w:r w:rsidRPr="00B92A38">
        <w:rPr>
          <w:rFonts w:ascii="Times New Roman" w:hAnsi="Times New Roman" w:cs="Times New Roman"/>
          <w:sz w:val="20"/>
          <w:szCs w:val="20"/>
        </w:rPr>
        <w:t>Smart</w:t>
      </w:r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</w:rPr>
        <w:t>bala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», «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Балалар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B92A38">
        <w:rPr>
          <w:rFonts w:ascii="Times New Roman" w:hAnsi="Times New Roman" w:cs="Times New Roman"/>
          <w:sz w:val="20"/>
          <w:szCs w:val="20"/>
          <w:lang w:val="ru-RU"/>
        </w:rPr>
        <w:t>кітапханасы</w:t>
      </w:r>
      <w:proofErr w:type="spellEnd"/>
      <w:r w:rsidRPr="00B92A38">
        <w:rPr>
          <w:rFonts w:ascii="Times New Roman" w:hAnsi="Times New Roman" w:cs="Times New Roman"/>
          <w:sz w:val="20"/>
          <w:szCs w:val="20"/>
          <w:lang w:val="ru-RU"/>
        </w:rPr>
        <w:t>».</w:t>
      </w:r>
    </w:p>
    <w:p w14:paraId="7C17074C" w14:textId="77777777" w:rsidR="00CB236B" w:rsidRPr="00B92A38" w:rsidRDefault="002D596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B92A38">
        <w:rPr>
          <w:rFonts w:ascii="Times New Roman" w:hAnsi="Times New Roman" w:cs="Times New Roman"/>
          <w:sz w:val="20"/>
          <w:szCs w:val="20"/>
          <w:lang w:val="ru-RU"/>
        </w:rPr>
        <w:br w:type="page"/>
      </w:r>
    </w:p>
    <w:p w14:paraId="1A7FEC1E" w14:textId="77777777" w:rsidR="00CB236B" w:rsidRPr="00B92A38" w:rsidRDefault="002D5967">
      <w:pPr>
        <w:pStyle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92A38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1. </w:t>
      </w:r>
      <w:proofErr w:type="spellStart"/>
      <w:r w:rsidRPr="00B92A38">
        <w:rPr>
          <w:rFonts w:ascii="Times New Roman" w:hAnsi="Times New Roman" w:cs="Times New Roman"/>
          <w:color w:val="000000" w:themeColor="text1"/>
          <w:sz w:val="20"/>
          <w:szCs w:val="20"/>
        </w:rPr>
        <w:t>Общешкольный</w:t>
      </w:r>
      <w:proofErr w:type="spellEnd"/>
      <w:r w:rsidRPr="00B92A3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B92A38">
        <w:rPr>
          <w:rFonts w:ascii="Times New Roman" w:hAnsi="Times New Roman" w:cs="Times New Roman"/>
          <w:color w:val="000000" w:themeColor="text1"/>
          <w:sz w:val="20"/>
          <w:szCs w:val="20"/>
        </w:rPr>
        <w:t>план</w:t>
      </w:r>
      <w:proofErr w:type="spellEnd"/>
      <w:r w:rsidRPr="00B92A3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B92A38">
        <w:rPr>
          <w:rFonts w:ascii="Times New Roman" w:hAnsi="Times New Roman" w:cs="Times New Roman"/>
          <w:color w:val="000000" w:themeColor="text1"/>
          <w:sz w:val="20"/>
          <w:szCs w:val="20"/>
        </w:rPr>
        <w:t>воспитательной</w:t>
      </w:r>
      <w:proofErr w:type="spellEnd"/>
      <w:r w:rsidRPr="00B92A3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B92A38">
        <w:rPr>
          <w:rFonts w:ascii="Times New Roman" w:hAnsi="Times New Roman" w:cs="Times New Roman"/>
          <w:color w:val="000000" w:themeColor="text1"/>
          <w:sz w:val="20"/>
          <w:szCs w:val="20"/>
        </w:rPr>
        <w:t>работы</w:t>
      </w:r>
      <w:proofErr w:type="spellEnd"/>
    </w:p>
    <w:tbl>
      <w:tblPr>
        <w:tblStyle w:val="aff0"/>
        <w:tblW w:w="15417" w:type="dxa"/>
        <w:tblLayout w:type="fixed"/>
        <w:tblLook w:val="04A0" w:firstRow="1" w:lastRow="0" w:firstColumn="1" w:lastColumn="0" w:noHBand="0" w:noVBand="1"/>
      </w:tblPr>
      <w:tblGrid>
        <w:gridCol w:w="3110"/>
        <w:gridCol w:w="4511"/>
        <w:gridCol w:w="3110"/>
        <w:gridCol w:w="3110"/>
        <w:gridCol w:w="1576"/>
      </w:tblGrid>
      <w:tr w:rsidR="00CB236B" w:rsidRPr="00B92A38" w14:paraId="7FE597E7" w14:textId="77777777" w:rsidTr="00F07CE0">
        <w:tc>
          <w:tcPr>
            <w:tcW w:w="3110" w:type="dxa"/>
          </w:tcPr>
          <w:p w14:paraId="3891F7F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511" w:type="dxa"/>
          </w:tcPr>
          <w:p w14:paraId="52E299F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3110" w:type="dxa"/>
          </w:tcPr>
          <w:p w14:paraId="5A3A884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Форма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завершения</w:t>
            </w:r>
            <w:proofErr w:type="spellEnd"/>
          </w:p>
        </w:tc>
        <w:tc>
          <w:tcPr>
            <w:tcW w:w="3110" w:type="dxa"/>
          </w:tcPr>
          <w:p w14:paraId="1289FD6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  <w:proofErr w:type="spellEnd"/>
          </w:p>
        </w:tc>
        <w:tc>
          <w:tcPr>
            <w:tcW w:w="1576" w:type="dxa"/>
          </w:tcPr>
          <w:p w14:paraId="52CC3A4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  <w:proofErr w:type="spellEnd"/>
          </w:p>
        </w:tc>
      </w:tr>
      <w:tr w:rsidR="00CB236B" w:rsidRPr="00B92A38" w14:paraId="5686E734" w14:textId="77777777" w:rsidTr="00F07CE0">
        <w:tc>
          <w:tcPr>
            <w:tcW w:w="3110" w:type="dxa"/>
          </w:tcPr>
          <w:p w14:paraId="26016365" w14:textId="77777777" w:rsidR="00CB236B" w:rsidRPr="003D4EC2" w:rsidRDefault="002D59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511" w:type="dxa"/>
          </w:tcPr>
          <w:p w14:paraId="1E4ED184" w14:textId="77777777" w:rsidR="00CB236B" w:rsidRPr="003D4EC2" w:rsidRDefault="002D59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Атауы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3110" w:type="dxa"/>
          </w:tcPr>
          <w:p w14:paraId="50C874CB" w14:textId="77777777" w:rsidR="00CB236B" w:rsidRPr="003D4EC2" w:rsidRDefault="002D59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Аяқтау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нысаны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завершения</w:t>
            </w:r>
            <w:proofErr w:type="spellEnd"/>
          </w:p>
        </w:tc>
        <w:tc>
          <w:tcPr>
            <w:tcW w:w="3110" w:type="dxa"/>
          </w:tcPr>
          <w:p w14:paraId="3535604C" w14:textId="77777777" w:rsidR="00CB236B" w:rsidRPr="003D4EC2" w:rsidRDefault="002D59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Орындау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мерзімі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Ответственные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исполнители</w:t>
            </w:r>
            <w:proofErr w:type="spellEnd"/>
          </w:p>
        </w:tc>
        <w:tc>
          <w:tcPr>
            <w:tcW w:w="1576" w:type="dxa"/>
          </w:tcPr>
          <w:p w14:paraId="5BBC0133" w14:textId="77777777" w:rsidR="00CB236B" w:rsidRPr="003D4EC2" w:rsidRDefault="002D59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Жауапты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орындаушылар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исполнения</w:t>
            </w:r>
            <w:proofErr w:type="spellEnd"/>
          </w:p>
        </w:tc>
      </w:tr>
      <w:tr w:rsidR="00CB236B" w:rsidRPr="00B92A38" w14:paraId="07DF6CD5" w14:textId="77777777" w:rsidTr="00F07CE0">
        <w:tc>
          <w:tcPr>
            <w:tcW w:w="3110" w:type="dxa"/>
          </w:tcPr>
          <w:p w14:paraId="1060A26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1" w:type="dxa"/>
          </w:tcPr>
          <w:p w14:paraId="66428A6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  <w:proofErr w:type="spellStart"/>
            <w:proofErr w:type="gram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Республикасының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Конституциясы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Адал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азамат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зерделі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ұлт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жауапты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қоғам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қалыптастырудың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негізі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  <w:proofErr w:type="gram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«Конституция Республики Казахстан: основа формирования добропорядочного гражданина, интеллектуальной нации и ответственного общества»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 Уроки безопасности (10 минут)</w:t>
            </w:r>
          </w:p>
        </w:tc>
        <w:tc>
          <w:tcPr>
            <w:tcW w:w="3110" w:type="dxa"/>
          </w:tcPr>
          <w:p w14:paraId="21C4747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Салтанатты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-шара/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Торжественное мероприятие /классный час</w:t>
            </w:r>
          </w:p>
        </w:tc>
        <w:tc>
          <w:tcPr>
            <w:tcW w:w="3110" w:type="dxa"/>
          </w:tcPr>
          <w:p w14:paraId="08B524B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</w:t>
            </w:r>
          </w:p>
        </w:tc>
        <w:tc>
          <w:tcPr>
            <w:tcW w:w="1576" w:type="dxa"/>
          </w:tcPr>
          <w:p w14:paraId="284F5E3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</w:tr>
      <w:tr w:rsidR="00CB236B" w:rsidRPr="00B92A38" w14:paraId="44A72287" w14:textId="77777777" w:rsidTr="00F07CE0">
        <w:tc>
          <w:tcPr>
            <w:tcW w:w="3110" w:type="dxa"/>
          </w:tcPr>
          <w:p w14:paraId="215EE7F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Цифрлық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әлемде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қадам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Безопасный шаг в цифровом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мире</w:t>
            </w:r>
            <w:proofErr w:type="gram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».«</w:t>
            </w:r>
            <w:proofErr w:type="gram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Безопасный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Интернет».</w:t>
            </w:r>
          </w:p>
        </w:tc>
        <w:tc>
          <w:tcPr>
            <w:tcW w:w="4511" w:type="dxa"/>
          </w:tcPr>
          <w:p w14:paraId="50F5DE9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 Уроки безопасности (10 минут)</w:t>
            </w:r>
          </w:p>
        </w:tc>
        <w:tc>
          <w:tcPr>
            <w:tcW w:w="3110" w:type="dxa"/>
          </w:tcPr>
          <w:p w14:paraId="036974B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</w:t>
            </w:r>
          </w:p>
        </w:tc>
        <w:tc>
          <w:tcPr>
            <w:tcW w:w="3110" w:type="dxa"/>
          </w:tcPr>
          <w:p w14:paraId="7FAE6D5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576" w:type="dxa"/>
          </w:tcPr>
          <w:p w14:paraId="61A65210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4EA6DCD5" w14:textId="77777777" w:rsidTr="00F07CE0">
        <w:tc>
          <w:tcPr>
            <w:tcW w:w="3110" w:type="dxa"/>
          </w:tcPr>
          <w:p w14:paraId="5AE4726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Республиканская экологическая акция «Чистый Казахстан»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«Таза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республикалық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экологиялық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акциясы</w:t>
            </w:r>
            <w:proofErr w:type="spellEnd"/>
          </w:p>
        </w:tc>
        <w:tc>
          <w:tcPr>
            <w:tcW w:w="4511" w:type="dxa"/>
          </w:tcPr>
          <w:p w14:paraId="0905BFB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Акция</w:t>
            </w:r>
            <w:proofErr w:type="spellEnd"/>
          </w:p>
        </w:tc>
        <w:tc>
          <w:tcPr>
            <w:tcW w:w="3110" w:type="dxa"/>
          </w:tcPr>
          <w:p w14:paraId="3C97E72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жетекшілері,тәлімгер</w:t>
            </w:r>
            <w:proofErr w:type="spellEnd"/>
            <w:proofErr w:type="gram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вожатый.</w:t>
            </w:r>
          </w:p>
        </w:tc>
        <w:tc>
          <w:tcPr>
            <w:tcW w:w="3110" w:type="dxa"/>
          </w:tcPr>
          <w:p w14:paraId="2A8CAF8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1 неделя сентября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04.09.2026 ж.</w:t>
            </w:r>
          </w:p>
        </w:tc>
        <w:tc>
          <w:tcPr>
            <w:tcW w:w="1576" w:type="dxa"/>
          </w:tcPr>
          <w:p w14:paraId="72374D8C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B236B" w:rsidRPr="00B92A38" w14:paraId="4A0370D5" w14:textId="77777777" w:rsidTr="00F07CE0">
        <w:tc>
          <w:tcPr>
            <w:tcW w:w="3110" w:type="dxa"/>
          </w:tcPr>
          <w:p w14:paraId="7272C3A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Тілім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ғасырларға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аманат»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(ко дню рождения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А.Байтурсынова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4511" w:type="dxa"/>
          </w:tcPr>
          <w:p w14:paraId="37C8A33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Общешкольное мероприятие, посвященное Дню языков народов Казахстана</w:t>
            </w:r>
          </w:p>
        </w:tc>
        <w:tc>
          <w:tcPr>
            <w:tcW w:w="3110" w:type="dxa"/>
          </w:tcPr>
          <w:p w14:paraId="2729CAF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гуманитарного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цикла</w:t>
            </w:r>
            <w:proofErr w:type="spellEnd"/>
          </w:p>
        </w:tc>
        <w:tc>
          <w:tcPr>
            <w:tcW w:w="3110" w:type="dxa"/>
          </w:tcPr>
          <w:p w14:paraId="095B839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576" w:type="dxa"/>
          </w:tcPr>
          <w:p w14:paraId="16D37A31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1013E5A3" w14:textId="77777777" w:rsidTr="00F07CE0">
        <w:tc>
          <w:tcPr>
            <w:tcW w:w="3110" w:type="dxa"/>
          </w:tcPr>
          <w:p w14:paraId="010C7CB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1" w:type="dxa"/>
          </w:tcPr>
          <w:p w14:paraId="57192A1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Тайм-менеджмент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ұйымдастыру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Тайм-менеджмент и самоорганизация</w:t>
            </w:r>
          </w:p>
        </w:tc>
        <w:tc>
          <w:tcPr>
            <w:tcW w:w="3110" w:type="dxa"/>
          </w:tcPr>
          <w:p w14:paraId="7B704AE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ата-аналар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жиналысы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Родительское собрание</w:t>
            </w:r>
          </w:p>
        </w:tc>
        <w:tc>
          <w:tcPr>
            <w:tcW w:w="3110" w:type="dxa"/>
          </w:tcPr>
          <w:p w14:paraId="1DF6A57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педагог-психолог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педагог-психолог</w:t>
            </w:r>
          </w:p>
        </w:tc>
        <w:tc>
          <w:tcPr>
            <w:tcW w:w="1576" w:type="dxa"/>
          </w:tcPr>
          <w:p w14:paraId="1A35769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</w:tr>
      <w:tr w:rsidR="00CB236B" w:rsidRPr="00B92A38" w14:paraId="3DB9342A" w14:textId="77777777" w:rsidTr="00F07CE0">
        <w:tc>
          <w:tcPr>
            <w:tcW w:w="3110" w:type="dxa"/>
          </w:tcPr>
          <w:p w14:paraId="665D631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1" w:type="dxa"/>
          </w:tcPr>
          <w:p w14:paraId="27AEA6F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қозғалысы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Безопасность дорожного движения</w:t>
            </w:r>
          </w:p>
        </w:tc>
        <w:tc>
          <w:tcPr>
            <w:tcW w:w="3110" w:type="dxa"/>
          </w:tcPr>
          <w:p w14:paraId="7248547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Классный час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5BDDCB1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66C564C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</w:tr>
      <w:tr w:rsidR="00CB236B" w:rsidRPr="00B92A38" w14:paraId="5ED02647" w14:textId="77777777" w:rsidTr="00F07CE0">
        <w:tc>
          <w:tcPr>
            <w:tcW w:w="3110" w:type="dxa"/>
          </w:tcPr>
          <w:p w14:paraId="0512F65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Заң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тәртіп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Сыбайлас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жемқорлыққа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қарсы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іс-қимыл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профилактикасы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Закон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порядок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Профилактика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противодействие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коррупции</w:t>
            </w:r>
            <w:proofErr w:type="spellEnd"/>
          </w:p>
        </w:tc>
        <w:tc>
          <w:tcPr>
            <w:tcW w:w="4511" w:type="dxa"/>
          </w:tcPr>
          <w:p w14:paraId="4382361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Уроки безопасности (10 минут)</w:t>
            </w:r>
          </w:p>
        </w:tc>
        <w:tc>
          <w:tcPr>
            <w:tcW w:w="3110" w:type="dxa"/>
          </w:tcPr>
          <w:p w14:paraId="7561BDD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</w:t>
            </w:r>
          </w:p>
        </w:tc>
        <w:tc>
          <w:tcPr>
            <w:tcW w:w="3110" w:type="dxa"/>
          </w:tcPr>
          <w:p w14:paraId="41BC9E6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576" w:type="dxa"/>
          </w:tcPr>
          <w:p w14:paraId="7C157901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29264F79" w14:textId="77777777" w:rsidTr="00F07CE0">
        <w:tc>
          <w:tcPr>
            <w:tcW w:w="3110" w:type="dxa"/>
          </w:tcPr>
          <w:p w14:paraId="7259690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11" w:type="dxa"/>
          </w:tcPr>
          <w:p w14:paraId="6B1E24D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Челлендж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Отбасы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тәрбиенің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алтын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бесігі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Челлендж «Семья - золотая колыбель воспитания»</w:t>
            </w:r>
          </w:p>
        </w:tc>
        <w:tc>
          <w:tcPr>
            <w:tcW w:w="3110" w:type="dxa"/>
          </w:tcPr>
          <w:p w14:paraId="7E77AE5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Отбасы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күніне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арналған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челлендж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Челлендж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приуроченный ко Дню семьи</w:t>
            </w:r>
          </w:p>
        </w:tc>
        <w:tc>
          <w:tcPr>
            <w:tcW w:w="3110" w:type="dxa"/>
          </w:tcPr>
          <w:p w14:paraId="5068D51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</w:t>
            </w:r>
          </w:p>
        </w:tc>
        <w:tc>
          <w:tcPr>
            <w:tcW w:w="1576" w:type="dxa"/>
          </w:tcPr>
          <w:p w14:paraId="60C2B85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</w:tr>
      <w:tr w:rsidR="00CB236B" w:rsidRPr="00B92A38" w14:paraId="135457CF" w14:textId="77777777" w:rsidTr="00F07CE0">
        <w:tc>
          <w:tcPr>
            <w:tcW w:w="3110" w:type="dxa"/>
          </w:tcPr>
          <w:p w14:paraId="3DC3B07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1" w:type="dxa"/>
          </w:tcPr>
          <w:p w14:paraId="1754D6F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Буллингтен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қорған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!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ДосболLike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10" w:type="dxa"/>
          </w:tcPr>
          <w:p w14:paraId="2CC680A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5641EA0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39BC995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</w:tr>
      <w:tr w:rsidR="00CB236B" w:rsidRPr="00B92A38" w14:paraId="04B1F7D2" w14:textId="77777777" w:rsidTr="00F07CE0">
        <w:tc>
          <w:tcPr>
            <w:tcW w:w="3110" w:type="dxa"/>
          </w:tcPr>
          <w:p w14:paraId="25B95D9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Ойынға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салауатты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көзқарас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(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қалайылану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салауатты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әдеттерді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дамыту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баламалы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мен хобби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туралы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(о лудомании, развитие здоровых привычек, развитию альтернативных интересов и хобби)</w:t>
            </w:r>
          </w:p>
        </w:tc>
        <w:tc>
          <w:tcPr>
            <w:tcW w:w="4511" w:type="dxa"/>
          </w:tcPr>
          <w:p w14:paraId="5347547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27F924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</w:t>
            </w:r>
          </w:p>
        </w:tc>
        <w:tc>
          <w:tcPr>
            <w:tcW w:w="3110" w:type="dxa"/>
          </w:tcPr>
          <w:p w14:paraId="231B60B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576" w:type="dxa"/>
          </w:tcPr>
          <w:p w14:paraId="6C5B46A4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2E94660C" w14:textId="77777777" w:rsidTr="00F07CE0">
        <w:tc>
          <w:tcPr>
            <w:tcW w:w="3110" w:type="dxa"/>
          </w:tcPr>
          <w:p w14:paraId="3A7CD8A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11" w:type="dxa"/>
          </w:tcPr>
          <w:p w14:paraId="6291573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түбі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береке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«В труде — благополучие»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күні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күніне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орайластырылған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инфографиканы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бейнероликтерді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тарату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Распространие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инфографики, видеороликов, приуроченных ко Дню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(10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Уроки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безопасности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(10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0" w:type="dxa"/>
          </w:tcPr>
          <w:p w14:paraId="7CCAAD5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күніне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арналған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Классный час, посвященный Дню труда</w:t>
            </w:r>
          </w:p>
        </w:tc>
        <w:tc>
          <w:tcPr>
            <w:tcW w:w="3110" w:type="dxa"/>
          </w:tcPr>
          <w:p w14:paraId="0667F75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5D87675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қыркүйектің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  <w:proofErr w:type="spellEnd"/>
          </w:p>
        </w:tc>
      </w:tr>
      <w:tr w:rsidR="00CB236B" w:rsidRPr="00B92A38" w14:paraId="43CDC208" w14:textId="77777777" w:rsidTr="00F07CE0">
        <w:tc>
          <w:tcPr>
            <w:tcW w:w="3110" w:type="dxa"/>
          </w:tcPr>
          <w:p w14:paraId="0E1BB45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Өмірге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511" w:type="dxa"/>
          </w:tcPr>
          <w:p w14:paraId="57E299F0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</w:tcPr>
          <w:p w14:paraId="2B3883B3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</w:tcPr>
          <w:p w14:paraId="32213901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</w:tcPr>
          <w:p w14:paraId="3F94A013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33C99A5B" w14:textId="77777777" w:rsidTr="00F07CE0">
        <w:tc>
          <w:tcPr>
            <w:tcW w:w="3110" w:type="dxa"/>
          </w:tcPr>
          <w:p w14:paraId="47999189" w14:textId="77777777" w:rsidR="00CB236B" w:rsidRPr="003D4EC2" w:rsidRDefault="002D59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Қазан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тәуелсіздік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пен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патриотизм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айы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br/>
              <w:t xml:space="preserve">1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қазан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Халықаралық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қарттар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br/>
              <w:t xml:space="preserve">5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қазан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Мұғалімдер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br/>
              <w:t xml:space="preserve">24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қазан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Кітапханашылар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br/>
              <w:t xml:space="preserve">25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қазан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Республика</w:t>
            </w:r>
            <w:proofErr w:type="spellEnd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күні</w:t>
            </w:r>
            <w:proofErr w:type="spellEnd"/>
          </w:p>
        </w:tc>
        <w:tc>
          <w:tcPr>
            <w:tcW w:w="4511" w:type="dxa"/>
          </w:tcPr>
          <w:p w14:paraId="69710C6F" w14:textId="77777777" w:rsidR="00CB236B" w:rsidRPr="003D4EC2" w:rsidRDefault="002D59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</w:pPr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  <w:t>Октябрь – месяц независимости и патриотизма</w:t>
            </w:r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  <w:br/>
              <w:t>1 октября – Международный день пожилых людей</w:t>
            </w:r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  <w:br/>
              <w:t>5 октября – День учителя</w:t>
            </w:r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  <w:br/>
              <w:t>24 октября – День библиотекаря</w:t>
            </w:r>
            <w:r w:rsidRPr="003D4EC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  <w:br/>
              <w:t>25 октября – День Республики</w:t>
            </w:r>
          </w:p>
        </w:tc>
        <w:tc>
          <w:tcPr>
            <w:tcW w:w="3110" w:type="dxa"/>
          </w:tcPr>
          <w:p w14:paraId="30F6EC18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110" w:type="dxa"/>
          </w:tcPr>
          <w:p w14:paraId="0BCC3288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576" w:type="dxa"/>
          </w:tcPr>
          <w:p w14:paraId="33BB4EC5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CB236B" w:rsidRPr="00B92A38" w14:paraId="2CAF47A5" w14:textId="77777777" w:rsidTr="00F07CE0">
        <w:tc>
          <w:tcPr>
            <w:tcW w:w="3110" w:type="dxa"/>
          </w:tcPr>
          <w:p w14:paraId="5833772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1" w:type="dxa"/>
          </w:tcPr>
          <w:p w14:paraId="496E710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Қоғамға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қызмет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ету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 волонтерская деятельность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CF1ED6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Жалпы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мектептік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волонтерлік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акция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Общешкольная акция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волонтерства</w:t>
            </w:r>
          </w:p>
        </w:tc>
        <w:tc>
          <w:tcPr>
            <w:tcW w:w="3110" w:type="dxa"/>
          </w:tcPr>
          <w:p w14:paraId="582E8C6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пән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мұғалімдері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тәлімгер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педагоги-предметники, классные руководители, вожатый</w:t>
            </w:r>
          </w:p>
        </w:tc>
        <w:tc>
          <w:tcPr>
            <w:tcW w:w="1576" w:type="dxa"/>
          </w:tcPr>
          <w:p w14:paraId="0CCCED1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B92A38" w14:paraId="6E9D6761" w14:textId="77777777" w:rsidTr="00F07CE0">
        <w:tc>
          <w:tcPr>
            <w:tcW w:w="3110" w:type="dxa"/>
          </w:tcPr>
          <w:p w14:paraId="5B5C4DB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1" w:type="dxa"/>
          </w:tcPr>
          <w:p w14:paraId="7F1D8DD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Челлендж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Даналық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ұстаздан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10" w:type="dxa"/>
          </w:tcPr>
          <w:p w14:paraId="2BD650D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Мұғалімдер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күніне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арналған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челлендж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Челлендж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посвященный Дню учителя</w:t>
            </w:r>
          </w:p>
        </w:tc>
        <w:tc>
          <w:tcPr>
            <w:tcW w:w="3110" w:type="dxa"/>
          </w:tcPr>
          <w:p w14:paraId="57E7E75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басқаруы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руководители, самоуправление школы</w:t>
            </w:r>
          </w:p>
        </w:tc>
        <w:tc>
          <w:tcPr>
            <w:tcW w:w="1576" w:type="dxa"/>
          </w:tcPr>
          <w:p w14:paraId="76A337B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B92A38" w14:paraId="6E9C5CC6" w14:textId="77777777" w:rsidTr="00F07CE0">
        <w:tc>
          <w:tcPr>
            <w:tcW w:w="3110" w:type="dxa"/>
          </w:tcPr>
          <w:p w14:paraId="2793F6D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1" w:type="dxa"/>
          </w:tcPr>
          <w:p w14:paraId="727160A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қозғалысы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Безопасность дорожного движения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29602F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4FFCBA5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D8551B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B92A38" w14:paraId="07BB606E" w14:textId="77777777" w:rsidTr="00F07CE0">
        <w:tc>
          <w:tcPr>
            <w:tcW w:w="3110" w:type="dxa"/>
          </w:tcPr>
          <w:p w14:paraId="7FA017D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1" w:type="dxa"/>
          </w:tcPr>
          <w:p w14:paraId="3BBF229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Ойынға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салауатты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көзқарас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Здоровое отношение к играм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E9FD1F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Ресми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табиғи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нұсқасы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Құмар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ойындарға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тәуелділіктің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бойынша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профилактикалық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-шара»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Профилактическое мероприятие (профилактика лудомании)</w:t>
            </w:r>
          </w:p>
        </w:tc>
        <w:tc>
          <w:tcPr>
            <w:tcW w:w="3110" w:type="dxa"/>
          </w:tcPr>
          <w:p w14:paraId="44464D3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580D0D1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B92A38" w14:paraId="7D239679" w14:textId="77777777" w:rsidTr="00F07CE0">
        <w:tc>
          <w:tcPr>
            <w:tcW w:w="3110" w:type="dxa"/>
          </w:tcPr>
          <w:p w14:paraId="3A6F1D3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11" w:type="dxa"/>
          </w:tcPr>
          <w:p w14:paraId="53C0F59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Цифрлық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әлемде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қадам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Безопасный шаг в цифровом мире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C9977B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1691AE1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6DD0C50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B92A38" w14:paraId="71442E18" w14:textId="77777777" w:rsidTr="00F07CE0">
        <w:tc>
          <w:tcPr>
            <w:tcW w:w="3110" w:type="dxa"/>
          </w:tcPr>
          <w:p w14:paraId="5950A6C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1" w:type="dxa"/>
          </w:tcPr>
          <w:p w14:paraId="061A0B4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Күзгі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асар»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жәрмеңкесі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Ярмарка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Күзгі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асар» (Осенняя ярмарка взаимопомощи)</w:t>
            </w:r>
          </w:p>
        </w:tc>
        <w:tc>
          <w:tcPr>
            <w:tcW w:w="3110" w:type="dxa"/>
          </w:tcPr>
          <w:p w14:paraId="302ED85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Жәрмеңке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Ярмарка</w:t>
            </w:r>
            <w:proofErr w:type="spellEnd"/>
          </w:p>
        </w:tc>
        <w:tc>
          <w:tcPr>
            <w:tcW w:w="3110" w:type="dxa"/>
          </w:tcPr>
          <w:p w14:paraId="102D602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37CDE7D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B92A38" w14:paraId="09B32399" w14:textId="77777777" w:rsidTr="00F07CE0">
        <w:tc>
          <w:tcPr>
            <w:tcW w:w="3110" w:type="dxa"/>
          </w:tcPr>
          <w:p w14:paraId="5FA94CB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11" w:type="dxa"/>
          </w:tcPr>
          <w:p w14:paraId="7CF2294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Буллингтен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қорған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«Защити себя от буллинга!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127811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138FE44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1234ABE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B92A38" w14:paraId="7C0EB3DD" w14:textId="77777777" w:rsidTr="00F07CE0">
        <w:tc>
          <w:tcPr>
            <w:tcW w:w="3110" w:type="dxa"/>
          </w:tcPr>
          <w:p w14:paraId="386948E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11" w:type="dxa"/>
          </w:tcPr>
          <w:p w14:paraId="3A1F633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Дебаты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Ұшқыр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ой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алаңы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«Площадка для острого мышления»</w:t>
            </w:r>
          </w:p>
        </w:tc>
        <w:tc>
          <w:tcPr>
            <w:tcW w:w="3110" w:type="dxa"/>
          </w:tcPr>
          <w:p w14:paraId="612F35B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Школьные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дебаты</w:t>
            </w:r>
            <w:proofErr w:type="spellEnd"/>
          </w:p>
        </w:tc>
        <w:tc>
          <w:tcPr>
            <w:tcW w:w="3110" w:type="dxa"/>
          </w:tcPr>
          <w:p w14:paraId="6B2D62E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Тәлімгер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басқару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ұйымы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Вожатый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самоуправление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школы</w:t>
            </w:r>
            <w:proofErr w:type="spellEnd"/>
          </w:p>
        </w:tc>
        <w:tc>
          <w:tcPr>
            <w:tcW w:w="1576" w:type="dxa"/>
          </w:tcPr>
          <w:p w14:paraId="47394B6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B92A38" w14:paraId="4B6AE796" w14:textId="77777777" w:rsidTr="00F07CE0">
        <w:tc>
          <w:tcPr>
            <w:tcW w:w="3110" w:type="dxa"/>
          </w:tcPr>
          <w:p w14:paraId="5B17126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511" w:type="dxa"/>
          </w:tcPr>
          <w:p w14:paraId="1F28FF1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Республикам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мақтанышым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!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Моя республика - моя гордость!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2CDCAE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Республика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күніне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арналған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жалпы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мектеп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Общешкольное мероприятие/классный час, посвященное Дню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Республики</w:t>
            </w:r>
            <w:proofErr w:type="spellEnd"/>
          </w:p>
        </w:tc>
        <w:tc>
          <w:tcPr>
            <w:tcW w:w="3110" w:type="dxa"/>
          </w:tcPr>
          <w:p w14:paraId="2BEDBB5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пән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мұғалімдері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тәлімгер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педагоги-предметники, классные руководители, вожатый</w:t>
            </w:r>
          </w:p>
        </w:tc>
        <w:tc>
          <w:tcPr>
            <w:tcW w:w="1576" w:type="dxa"/>
          </w:tcPr>
          <w:p w14:paraId="5A38ADA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B92A38" w14:paraId="675C64EE" w14:textId="77777777" w:rsidTr="00F07CE0">
        <w:tc>
          <w:tcPr>
            <w:tcW w:w="3110" w:type="dxa"/>
          </w:tcPr>
          <w:p w14:paraId="5F43525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11" w:type="dxa"/>
          </w:tcPr>
          <w:p w14:paraId="34BB90B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Каникулда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кітап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оқимыз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Читаем книги на каникулах</w:t>
            </w:r>
          </w:p>
        </w:tc>
        <w:tc>
          <w:tcPr>
            <w:tcW w:w="3110" w:type="dxa"/>
          </w:tcPr>
          <w:p w14:paraId="1AAB17D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Кітапханашы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күніне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арналған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жалпы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мектеп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Общешкольное мероприятие, посвященное Дню библиотекаря</w:t>
            </w:r>
          </w:p>
        </w:tc>
        <w:tc>
          <w:tcPr>
            <w:tcW w:w="3110" w:type="dxa"/>
          </w:tcPr>
          <w:p w14:paraId="30BE73C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кітапханашы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библиотекарь</w:t>
            </w:r>
          </w:p>
        </w:tc>
        <w:tc>
          <w:tcPr>
            <w:tcW w:w="1576" w:type="dxa"/>
          </w:tcPr>
          <w:p w14:paraId="156BE5D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proofErr w:type="spellEnd"/>
          </w:p>
        </w:tc>
      </w:tr>
      <w:tr w:rsidR="00CB236B" w:rsidRPr="00600FF2" w14:paraId="18E1283A" w14:textId="77777777" w:rsidTr="00F07CE0">
        <w:tc>
          <w:tcPr>
            <w:tcW w:w="3110" w:type="dxa"/>
          </w:tcPr>
          <w:p w14:paraId="5E98EEC7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Қараша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әділдік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пен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жауапкершілік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айы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15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қараша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Ұлттық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валюта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теңге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16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қараша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Халықаралық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толеранттылық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</w:p>
        </w:tc>
        <w:tc>
          <w:tcPr>
            <w:tcW w:w="4511" w:type="dxa"/>
          </w:tcPr>
          <w:p w14:paraId="2C0D2CD9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t>Ноябрь – месяц справедливости и ответственности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15 ноября – День национальной валюты – тенге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16 ноября – Международный день толерантности</w:t>
            </w:r>
          </w:p>
        </w:tc>
        <w:tc>
          <w:tcPr>
            <w:tcW w:w="3110" w:type="dxa"/>
          </w:tcPr>
          <w:p w14:paraId="107E5188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110" w:type="dxa"/>
          </w:tcPr>
          <w:p w14:paraId="590A99EF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576" w:type="dxa"/>
          </w:tcPr>
          <w:p w14:paraId="06C04343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CB236B" w:rsidRPr="00B92A38" w14:paraId="5D510866" w14:textId="77777777" w:rsidTr="00F07CE0">
        <w:tc>
          <w:tcPr>
            <w:tcW w:w="3110" w:type="dxa"/>
          </w:tcPr>
          <w:p w14:paraId="10D0E61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1" w:type="dxa"/>
          </w:tcPr>
          <w:p w14:paraId="391853A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Адал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азамат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Адал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Адал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табыс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54E103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4ED048E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2789676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қарашаның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  <w:proofErr w:type="spellEnd"/>
          </w:p>
        </w:tc>
      </w:tr>
      <w:tr w:rsidR="00CB236B" w:rsidRPr="00B92A38" w14:paraId="057B3026" w14:textId="77777777" w:rsidTr="00F07CE0">
        <w:tc>
          <w:tcPr>
            <w:tcW w:w="3110" w:type="dxa"/>
          </w:tcPr>
          <w:p w14:paraId="08BC286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1" w:type="dxa"/>
          </w:tcPr>
          <w:p w14:paraId="356751E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театры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Школьный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театр</w:t>
            </w:r>
            <w:proofErr w:type="spellEnd"/>
          </w:p>
        </w:tc>
        <w:tc>
          <w:tcPr>
            <w:tcW w:w="3110" w:type="dxa"/>
          </w:tcPr>
          <w:p w14:paraId="57BE249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Театр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қойылымы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Театральная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постановка</w:t>
            </w:r>
            <w:proofErr w:type="spellEnd"/>
          </w:p>
        </w:tc>
        <w:tc>
          <w:tcPr>
            <w:tcW w:w="3110" w:type="dxa"/>
          </w:tcPr>
          <w:p w14:paraId="348EC9F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бағыттағы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пән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мұғалімдері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пәндер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педагогтері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қосымша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беру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педагогтері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басқару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ұйымы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Учителя эстетического цикла, /педагоги языковых предметов, педагоги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дополнительного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образования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64E6CE0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қарашаның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  <w:proofErr w:type="spellEnd"/>
          </w:p>
        </w:tc>
      </w:tr>
      <w:tr w:rsidR="00CB236B" w:rsidRPr="00B92A38" w14:paraId="3504BC74" w14:textId="77777777" w:rsidTr="00F07CE0">
        <w:tc>
          <w:tcPr>
            <w:tcW w:w="3110" w:type="dxa"/>
          </w:tcPr>
          <w:p w14:paraId="61F2E57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1" w:type="dxa"/>
          </w:tcPr>
          <w:p w14:paraId="3E59E0E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15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қараша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Ұлттық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валюта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күні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15 ноября – День национальной валюты</w:t>
            </w:r>
          </w:p>
        </w:tc>
        <w:tc>
          <w:tcPr>
            <w:tcW w:w="3110" w:type="dxa"/>
          </w:tcPr>
          <w:p w14:paraId="191582C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694751C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701A1E2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қарашаның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  <w:proofErr w:type="spellEnd"/>
          </w:p>
        </w:tc>
      </w:tr>
      <w:tr w:rsidR="00CB236B" w:rsidRPr="00B92A38" w14:paraId="67E2A119" w14:textId="77777777" w:rsidTr="00F07CE0">
        <w:tc>
          <w:tcPr>
            <w:tcW w:w="3110" w:type="dxa"/>
          </w:tcPr>
          <w:p w14:paraId="11BE7DC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1" w:type="dxa"/>
          </w:tcPr>
          <w:p w14:paraId="53EC8B7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Ұшқыр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ой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алаңы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зияткерлік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ойындары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Интеллектуальные игры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Ұшқыр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ой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алаңы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 (Площадка острого ума)</w:t>
            </w:r>
          </w:p>
        </w:tc>
        <w:tc>
          <w:tcPr>
            <w:tcW w:w="3110" w:type="dxa"/>
          </w:tcPr>
          <w:p w14:paraId="34AE5ED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Зияткерлік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Интеллектуальные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игры</w:t>
            </w:r>
            <w:proofErr w:type="spellEnd"/>
          </w:p>
        </w:tc>
        <w:tc>
          <w:tcPr>
            <w:tcW w:w="3110" w:type="dxa"/>
          </w:tcPr>
          <w:p w14:paraId="20785FE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Қосымша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білім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беру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Педагоги дополнительного образования</w:t>
            </w:r>
          </w:p>
        </w:tc>
        <w:tc>
          <w:tcPr>
            <w:tcW w:w="1576" w:type="dxa"/>
          </w:tcPr>
          <w:p w14:paraId="4504E56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қарашаның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  <w:proofErr w:type="spellEnd"/>
          </w:p>
        </w:tc>
      </w:tr>
      <w:tr w:rsidR="00CB236B" w:rsidRPr="00B92A38" w14:paraId="046D387C" w14:textId="77777777" w:rsidTr="00F07CE0">
        <w:tc>
          <w:tcPr>
            <w:tcW w:w="3110" w:type="dxa"/>
          </w:tcPr>
          <w:p w14:paraId="7C4B2AB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511" w:type="dxa"/>
          </w:tcPr>
          <w:p w14:paraId="6AB3EC7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«Startup»</w:t>
            </w:r>
          </w:p>
        </w:tc>
        <w:tc>
          <w:tcPr>
            <w:tcW w:w="3110" w:type="dxa"/>
          </w:tcPr>
          <w:p w14:paraId="1382FCC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proofErr w:type="spellEnd"/>
          </w:p>
        </w:tc>
        <w:tc>
          <w:tcPr>
            <w:tcW w:w="3110" w:type="dxa"/>
          </w:tcPr>
          <w:p w14:paraId="2328219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Самоуправление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1576" w:type="dxa"/>
          </w:tcPr>
          <w:p w14:paraId="559D08F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қарашаның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  <w:proofErr w:type="spellEnd"/>
          </w:p>
        </w:tc>
      </w:tr>
      <w:tr w:rsidR="00CB236B" w:rsidRPr="00B92A38" w14:paraId="6B299AF4" w14:textId="77777777" w:rsidTr="00F07CE0">
        <w:tc>
          <w:tcPr>
            <w:tcW w:w="3110" w:type="dxa"/>
          </w:tcPr>
          <w:p w14:paraId="6D1C973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1" w:type="dxa"/>
          </w:tcPr>
          <w:p w14:paraId="7CE2966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Буллингтен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қорған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 Программа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Досбол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1BB039C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52A5F4E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43B0A7F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қарашаның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  <w:proofErr w:type="spellEnd"/>
          </w:p>
        </w:tc>
      </w:tr>
      <w:tr w:rsidR="00CB236B" w:rsidRPr="00B92A38" w14:paraId="006DB421" w14:textId="77777777" w:rsidTr="00F07CE0">
        <w:tc>
          <w:tcPr>
            <w:tcW w:w="3110" w:type="dxa"/>
          </w:tcPr>
          <w:p w14:paraId="362A811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11" w:type="dxa"/>
          </w:tcPr>
          <w:p w14:paraId="17A84D1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Өмірге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салауатты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қадам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Здоровый шаг в жизнь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EA33CF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4767552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623AAF8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қарашаның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  <w:proofErr w:type="spellEnd"/>
          </w:p>
        </w:tc>
      </w:tr>
      <w:tr w:rsidR="00CB236B" w:rsidRPr="00B92A38" w14:paraId="3FB3BD55" w14:textId="77777777" w:rsidTr="00F07CE0">
        <w:tc>
          <w:tcPr>
            <w:tcW w:w="3110" w:type="dxa"/>
          </w:tcPr>
          <w:p w14:paraId="0BA40BC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11" w:type="dxa"/>
          </w:tcPr>
          <w:p w14:paraId="2F6507E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іс-әрекеттері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жауапкершілік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Ответственность за свои поступки</w:t>
            </w:r>
          </w:p>
        </w:tc>
        <w:tc>
          <w:tcPr>
            <w:tcW w:w="3110" w:type="dxa"/>
          </w:tcPr>
          <w:p w14:paraId="51ECB46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00D2555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0217C8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қарашаның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  <w:proofErr w:type="spellEnd"/>
          </w:p>
        </w:tc>
      </w:tr>
      <w:tr w:rsidR="00CB236B" w:rsidRPr="00600FF2" w14:paraId="51F93D2B" w14:textId="77777777" w:rsidTr="00F07CE0">
        <w:tc>
          <w:tcPr>
            <w:tcW w:w="3110" w:type="dxa"/>
          </w:tcPr>
          <w:p w14:paraId="6D734D3D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Желтоқсан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бірлік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пен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ынтымақ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айы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5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желтоқсан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Дүниежүзілік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волонтерлер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16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желтоқсан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Қазақстан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Республикасының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Тәуелсіздік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</w:p>
        </w:tc>
        <w:tc>
          <w:tcPr>
            <w:tcW w:w="4511" w:type="dxa"/>
          </w:tcPr>
          <w:p w14:paraId="7B672022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t>Декабрь – месяц единства и солидарности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5 декабря – Всемирный день волонтеров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16 декабря – День Независимости Республики Казахстан</w:t>
            </w:r>
          </w:p>
        </w:tc>
        <w:tc>
          <w:tcPr>
            <w:tcW w:w="3110" w:type="dxa"/>
          </w:tcPr>
          <w:p w14:paraId="3E48A5AC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110" w:type="dxa"/>
          </w:tcPr>
          <w:p w14:paraId="040891ED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576" w:type="dxa"/>
          </w:tcPr>
          <w:p w14:paraId="57D2EDCA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B236B" w:rsidRPr="00B92A38" w14:paraId="07CE6B82" w14:textId="77777777" w:rsidTr="00F07CE0">
        <w:tc>
          <w:tcPr>
            <w:tcW w:w="3110" w:type="dxa"/>
          </w:tcPr>
          <w:p w14:paraId="61AC6BD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1" w:type="dxa"/>
          </w:tcPr>
          <w:p w14:paraId="2EB2136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Акция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Табиғатқа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қамқорлық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жасаймыз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Акция «Забота о природе»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09F8A1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Мектепте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сыныпта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тазалықты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қолдау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акциясы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Акция по поддержке чистоты в школе/классе</w:t>
            </w:r>
          </w:p>
        </w:tc>
        <w:tc>
          <w:tcPr>
            <w:tcW w:w="3110" w:type="dxa"/>
          </w:tcPr>
          <w:p w14:paraId="0381AA9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207A1D9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желтоқсанның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proofErr w:type="spellEnd"/>
          </w:p>
        </w:tc>
      </w:tr>
      <w:tr w:rsidR="00CB236B" w:rsidRPr="00B92A38" w14:paraId="10F9D1E2" w14:textId="77777777" w:rsidTr="00F07CE0">
        <w:tc>
          <w:tcPr>
            <w:tcW w:w="3110" w:type="dxa"/>
          </w:tcPr>
          <w:p w14:paraId="14FF042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1" w:type="dxa"/>
          </w:tcPr>
          <w:p w14:paraId="164F048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Челлендж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Жетістігімді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еліме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арнаймын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Челлендж «Я посвящаю свое достижение своей стране»</w:t>
            </w:r>
          </w:p>
        </w:tc>
        <w:tc>
          <w:tcPr>
            <w:tcW w:w="3110" w:type="dxa"/>
          </w:tcPr>
          <w:p w14:paraId="706E762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Челлендж</w:t>
            </w:r>
            <w:proofErr w:type="spellEnd"/>
          </w:p>
        </w:tc>
        <w:tc>
          <w:tcPr>
            <w:tcW w:w="3110" w:type="dxa"/>
          </w:tcPr>
          <w:p w14:paraId="58B72E4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Тәлімгер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басқаруы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Вожатый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самоуправление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1576" w:type="dxa"/>
          </w:tcPr>
          <w:p w14:paraId="0676A73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желтоқсанның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proofErr w:type="spellEnd"/>
          </w:p>
        </w:tc>
      </w:tr>
      <w:tr w:rsidR="00CB236B" w:rsidRPr="00B92A38" w14:paraId="74E68DCC" w14:textId="77777777" w:rsidTr="00F07CE0">
        <w:tc>
          <w:tcPr>
            <w:tcW w:w="3110" w:type="dxa"/>
          </w:tcPr>
          <w:p w14:paraId="5AF589F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1" w:type="dxa"/>
          </w:tcPr>
          <w:p w14:paraId="18BAB1C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кітапханасы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Детская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библиотека</w:t>
            </w:r>
            <w:proofErr w:type="spellEnd"/>
          </w:p>
        </w:tc>
        <w:tc>
          <w:tcPr>
            <w:tcW w:w="3110" w:type="dxa"/>
          </w:tcPr>
          <w:p w14:paraId="4D43127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Әдеби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кеш /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Кітап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жәрмеңкесі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/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Кітап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кейіпкерлері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байқауы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Литературный вечер / книжная ярмарка / конкурс книжных персонажей</w:t>
            </w:r>
          </w:p>
        </w:tc>
        <w:tc>
          <w:tcPr>
            <w:tcW w:w="3110" w:type="dxa"/>
          </w:tcPr>
          <w:p w14:paraId="2127F35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14AE119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желтоқсанның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proofErr w:type="spellEnd"/>
          </w:p>
        </w:tc>
      </w:tr>
      <w:tr w:rsidR="00CB236B" w:rsidRPr="00B92A38" w14:paraId="2A88FA56" w14:textId="77777777" w:rsidTr="00F07CE0">
        <w:tc>
          <w:tcPr>
            <w:tcW w:w="3110" w:type="dxa"/>
          </w:tcPr>
          <w:p w14:paraId="4BDABC2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511" w:type="dxa"/>
          </w:tcPr>
          <w:p w14:paraId="2171E7E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Дебаты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Ұшқыр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алаңы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10" w:type="dxa"/>
          </w:tcPr>
          <w:p w14:paraId="29DB90A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пікірсайысы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Школьные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дебаты</w:t>
            </w:r>
            <w:proofErr w:type="spellEnd"/>
          </w:p>
        </w:tc>
        <w:tc>
          <w:tcPr>
            <w:tcW w:w="3110" w:type="dxa"/>
          </w:tcPr>
          <w:p w14:paraId="6748D51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Тәлімгер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басқаруы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Вожатый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самоуправление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1576" w:type="dxa"/>
          </w:tcPr>
          <w:p w14:paraId="7023DAA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желтоқсанның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proofErr w:type="spellEnd"/>
          </w:p>
        </w:tc>
      </w:tr>
      <w:tr w:rsidR="00CB236B" w:rsidRPr="00B92A38" w14:paraId="6CE117CF" w14:textId="77777777" w:rsidTr="00F07CE0">
        <w:tc>
          <w:tcPr>
            <w:tcW w:w="3110" w:type="dxa"/>
          </w:tcPr>
          <w:p w14:paraId="63F886D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11" w:type="dxa"/>
          </w:tcPr>
          <w:p w14:paraId="5059B88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Буллингтен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қорған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1D08E56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7954F8B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4BD6074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желтоқсанның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proofErr w:type="spellEnd"/>
          </w:p>
        </w:tc>
      </w:tr>
      <w:tr w:rsidR="00CB236B" w:rsidRPr="00B92A38" w14:paraId="4A8F0FA4" w14:textId="77777777" w:rsidTr="00F07CE0">
        <w:tc>
          <w:tcPr>
            <w:tcW w:w="3110" w:type="dxa"/>
          </w:tcPr>
          <w:p w14:paraId="125B602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1" w:type="dxa"/>
          </w:tcPr>
          <w:p w14:paraId="5685817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Ойынға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салауатты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көзқарас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Здоровый подход к игре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5AC50B1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Профилактикалық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-шара (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лудоманияның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Профилактическое мероприятие (профилактика лудомании)</w:t>
            </w:r>
          </w:p>
        </w:tc>
        <w:tc>
          <w:tcPr>
            <w:tcW w:w="3110" w:type="dxa"/>
          </w:tcPr>
          <w:p w14:paraId="5446A50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3534EDA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желтоқсанның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proofErr w:type="spellEnd"/>
          </w:p>
        </w:tc>
      </w:tr>
      <w:tr w:rsidR="00CB236B" w:rsidRPr="00B92A38" w14:paraId="3722937D" w14:textId="77777777" w:rsidTr="00F07CE0">
        <w:tc>
          <w:tcPr>
            <w:tcW w:w="3110" w:type="dxa"/>
          </w:tcPr>
          <w:p w14:paraId="6D57E1D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11" w:type="dxa"/>
          </w:tcPr>
          <w:p w14:paraId="5F7FD81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Ценность «Единство и солидарность»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46919BE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5B16096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7773F8F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желтоқсанның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proofErr w:type="spellEnd"/>
          </w:p>
        </w:tc>
      </w:tr>
      <w:tr w:rsidR="00CB236B" w:rsidRPr="00600FF2" w14:paraId="1A4F9F23" w14:textId="77777777" w:rsidTr="00F07CE0">
        <w:tc>
          <w:tcPr>
            <w:tcW w:w="3110" w:type="dxa"/>
          </w:tcPr>
          <w:p w14:paraId="4480FD26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Қаңтар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заң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және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тәртіп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айы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қаңтар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Жаңа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жыл</w:t>
            </w:r>
            <w:proofErr w:type="spellEnd"/>
          </w:p>
        </w:tc>
        <w:tc>
          <w:tcPr>
            <w:tcW w:w="4511" w:type="dxa"/>
          </w:tcPr>
          <w:p w14:paraId="237C735F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t>Январь – месяц закона и порядка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 января – Новый год</w:t>
            </w:r>
          </w:p>
        </w:tc>
        <w:tc>
          <w:tcPr>
            <w:tcW w:w="3110" w:type="dxa"/>
          </w:tcPr>
          <w:p w14:paraId="7862D1CF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110" w:type="dxa"/>
          </w:tcPr>
          <w:p w14:paraId="0217EB4A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576" w:type="dxa"/>
          </w:tcPr>
          <w:p w14:paraId="6AAA1760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B236B" w:rsidRPr="00B92A38" w14:paraId="7DE564E2" w14:textId="77777777" w:rsidTr="00F07CE0">
        <w:tc>
          <w:tcPr>
            <w:tcW w:w="3110" w:type="dxa"/>
          </w:tcPr>
          <w:p w14:paraId="7B98C35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1" w:type="dxa"/>
          </w:tcPr>
          <w:p w14:paraId="2E8B320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Мамандықтар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марафоны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Марафон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профессий</w:t>
            </w:r>
            <w:proofErr w:type="spellEnd"/>
          </w:p>
        </w:tc>
        <w:tc>
          <w:tcPr>
            <w:tcW w:w="3110" w:type="dxa"/>
          </w:tcPr>
          <w:p w14:paraId="2D0B2AC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proofErr w:type="spellEnd"/>
          </w:p>
        </w:tc>
        <w:tc>
          <w:tcPr>
            <w:tcW w:w="3110" w:type="dxa"/>
          </w:tcPr>
          <w:p w14:paraId="207423C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Көркем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информатика, робототехника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мұғалімдері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Учителя художественного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труда, информатики,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робототехники</w:t>
            </w:r>
          </w:p>
        </w:tc>
        <w:tc>
          <w:tcPr>
            <w:tcW w:w="1576" w:type="dxa"/>
          </w:tcPr>
          <w:p w14:paraId="228C5D5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қаңтардың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января</w:t>
            </w:r>
            <w:proofErr w:type="spellEnd"/>
          </w:p>
        </w:tc>
      </w:tr>
      <w:tr w:rsidR="00CB236B" w:rsidRPr="00B92A38" w14:paraId="62CF833D" w14:textId="77777777" w:rsidTr="00F07CE0">
        <w:tc>
          <w:tcPr>
            <w:tcW w:w="3110" w:type="dxa"/>
          </w:tcPr>
          <w:p w14:paraId="645C3E9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1" w:type="dxa"/>
          </w:tcPr>
          <w:p w14:paraId="41DA16E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Мы – против коррупции!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66AC580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7CBAF24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AED0B1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қаңтардың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января</w:t>
            </w:r>
            <w:proofErr w:type="spellEnd"/>
          </w:p>
        </w:tc>
      </w:tr>
      <w:tr w:rsidR="00CB236B" w:rsidRPr="00B92A38" w14:paraId="48C573A9" w14:textId="77777777" w:rsidTr="00F07CE0">
        <w:tc>
          <w:tcPr>
            <w:tcW w:w="3110" w:type="dxa"/>
          </w:tcPr>
          <w:p w14:paraId="4DEAAE1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1" w:type="dxa"/>
          </w:tcPr>
          <w:p w14:paraId="3F25E75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Интеллектуальные игры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Ұшқыр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ой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алаңы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110" w:type="dxa"/>
          </w:tcPr>
          <w:p w14:paraId="2C291B3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Зияткерлік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Интеллектуальные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игры</w:t>
            </w:r>
            <w:proofErr w:type="spellEnd"/>
          </w:p>
        </w:tc>
        <w:tc>
          <w:tcPr>
            <w:tcW w:w="3110" w:type="dxa"/>
          </w:tcPr>
          <w:p w14:paraId="4007188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Қосымша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білім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беру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Педагоги дополнительного образования</w:t>
            </w:r>
          </w:p>
        </w:tc>
        <w:tc>
          <w:tcPr>
            <w:tcW w:w="1576" w:type="dxa"/>
          </w:tcPr>
          <w:p w14:paraId="6B44C84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қаңтардың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января</w:t>
            </w:r>
            <w:proofErr w:type="spellEnd"/>
          </w:p>
        </w:tc>
      </w:tr>
      <w:tr w:rsidR="00CB236B" w:rsidRPr="00B92A38" w14:paraId="6A7E8848" w14:textId="77777777" w:rsidTr="00F07CE0">
        <w:tc>
          <w:tcPr>
            <w:tcW w:w="3110" w:type="dxa"/>
          </w:tcPr>
          <w:p w14:paraId="59F3091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1" w:type="dxa"/>
          </w:tcPr>
          <w:p w14:paraId="5BAF8F8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Буллингтен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қорған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921999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190DF92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481BB86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қаңтардың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января</w:t>
            </w:r>
            <w:proofErr w:type="spellEnd"/>
          </w:p>
        </w:tc>
      </w:tr>
      <w:tr w:rsidR="00CB236B" w:rsidRPr="00B92A38" w14:paraId="6F2E65F5" w14:textId="77777777" w:rsidTr="00F07CE0">
        <w:tc>
          <w:tcPr>
            <w:tcW w:w="3110" w:type="dxa"/>
          </w:tcPr>
          <w:p w14:paraId="133F20D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511" w:type="dxa"/>
          </w:tcPr>
          <w:p w14:paraId="77DB235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тәртіп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құндылығы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Ценность «Закон и порядок»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CE838B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63D3C80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4EAD735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қаңтардың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января</w:t>
            </w:r>
            <w:proofErr w:type="spellEnd"/>
          </w:p>
        </w:tc>
      </w:tr>
      <w:tr w:rsidR="00CB236B" w:rsidRPr="00B92A38" w14:paraId="67024034" w14:textId="77777777" w:rsidTr="00F07CE0">
        <w:tc>
          <w:tcPr>
            <w:tcW w:w="3110" w:type="dxa"/>
          </w:tcPr>
          <w:p w14:paraId="620A5F4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1" w:type="dxa"/>
          </w:tcPr>
          <w:p w14:paraId="42F67A5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Өнертапқыштыққа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алғашқы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қадам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байқауы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Конкурс «Первый шаг к изобретательству»</w:t>
            </w:r>
          </w:p>
        </w:tc>
        <w:tc>
          <w:tcPr>
            <w:tcW w:w="3110" w:type="dxa"/>
          </w:tcPr>
          <w:p w14:paraId="04BF468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proofErr w:type="spellEnd"/>
          </w:p>
        </w:tc>
        <w:tc>
          <w:tcPr>
            <w:tcW w:w="3110" w:type="dxa"/>
          </w:tcPr>
          <w:p w14:paraId="3900648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мұғалімдері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жаһандық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құзыреттіліктер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мұғалімдері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Учителя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информатики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учителя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глобальных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компетенций</w:t>
            </w:r>
            <w:proofErr w:type="spellEnd"/>
          </w:p>
        </w:tc>
        <w:tc>
          <w:tcPr>
            <w:tcW w:w="1576" w:type="dxa"/>
          </w:tcPr>
          <w:p w14:paraId="5F1C980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қаңтардың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января</w:t>
            </w:r>
            <w:proofErr w:type="spellEnd"/>
          </w:p>
        </w:tc>
      </w:tr>
      <w:tr w:rsidR="00CB236B" w:rsidRPr="00600FF2" w14:paraId="320FF568" w14:textId="77777777" w:rsidTr="00F07CE0">
        <w:tc>
          <w:tcPr>
            <w:tcW w:w="3110" w:type="dxa"/>
          </w:tcPr>
          <w:p w14:paraId="5C65F30A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Ақпан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жасампаздық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пен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жаңашылдық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айы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14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ақпан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Халықаралық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кітап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сыйлау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Ақпанның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бірінші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сейсенбісі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Дүниежүзілік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қауіпсіз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Интернет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</w:p>
        </w:tc>
        <w:tc>
          <w:tcPr>
            <w:tcW w:w="4511" w:type="dxa"/>
          </w:tcPr>
          <w:p w14:paraId="4E29B2E7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t>Февраль – месяц созидания и новаторства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14 февраля – Международный день дарения книг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Первый вторник февраля -Всемирный день безопасного Интернета</w:t>
            </w:r>
          </w:p>
        </w:tc>
        <w:tc>
          <w:tcPr>
            <w:tcW w:w="3110" w:type="dxa"/>
          </w:tcPr>
          <w:p w14:paraId="30C133D1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110" w:type="dxa"/>
          </w:tcPr>
          <w:p w14:paraId="7EEDA1FA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576" w:type="dxa"/>
          </w:tcPr>
          <w:p w14:paraId="7D6BF7D7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CB236B" w:rsidRPr="00B92A38" w14:paraId="1FC84232" w14:textId="77777777" w:rsidTr="00F07CE0">
        <w:tc>
          <w:tcPr>
            <w:tcW w:w="3110" w:type="dxa"/>
          </w:tcPr>
          <w:p w14:paraId="29466BD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1" w:type="dxa"/>
          </w:tcPr>
          <w:p w14:paraId="0DA35DB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Цифрлық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әлемде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(10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Уроки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безопасности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(10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0" w:type="dxa"/>
          </w:tcPr>
          <w:p w14:paraId="4F4EE3B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208299B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4D5061E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ақпанның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февраля</w:t>
            </w:r>
            <w:proofErr w:type="spellEnd"/>
          </w:p>
        </w:tc>
      </w:tr>
      <w:tr w:rsidR="00CB236B" w:rsidRPr="00B92A38" w14:paraId="296B0CEB" w14:textId="77777777" w:rsidTr="00F07CE0">
        <w:tc>
          <w:tcPr>
            <w:tcW w:w="3110" w:type="dxa"/>
          </w:tcPr>
          <w:p w14:paraId="60A02DE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1" w:type="dxa"/>
          </w:tcPr>
          <w:p w14:paraId="7C0D405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Дебаты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Ұшқыр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алаңы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10" w:type="dxa"/>
          </w:tcPr>
          <w:p w14:paraId="236B4D5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пікірсайысы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Школьные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дебаты</w:t>
            </w:r>
            <w:proofErr w:type="spellEnd"/>
          </w:p>
        </w:tc>
        <w:tc>
          <w:tcPr>
            <w:tcW w:w="3110" w:type="dxa"/>
          </w:tcPr>
          <w:p w14:paraId="66839BF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Тәлімгер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басқаруы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Вожатый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самоуправление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1576" w:type="dxa"/>
          </w:tcPr>
          <w:p w14:paraId="6203088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ақпанның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февраля</w:t>
            </w:r>
            <w:proofErr w:type="spellEnd"/>
          </w:p>
        </w:tc>
      </w:tr>
      <w:tr w:rsidR="00CB236B" w:rsidRPr="00B92A38" w14:paraId="01801260" w14:textId="77777777" w:rsidTr="00F07CE0">
        <w:tc>
          <w:tcPr>
            <w:tcW w:w="3110" w:type="dxa"/>
          </w:tcPr>
          <w:p w14:paraId="0ADB601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1" w:type="dxa"/>
          </w:tcPr>
          <w:p w14:paraId="1D0278E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Буллингтен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қорған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 Программа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Досбол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2E5C76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441FBA2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1035F83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ақпанның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февраля</w:t>
            </w:r>
            <w:proofErr w:type="spellEnd"/>
          </w:p>
        </w:tc>
      </w:tr>
      <w:tr w:rsidR="00CB236B" w:rsidRPr="00B92A38" w14:paraId="6FB36E36" w14:textId="77777777" w:rsidTr="00F07CE0">
        <w:tc>
          <w:tcPr>
            <w:tcW w:w="3110" w:type="dxa"/>
          </w:tcPr>
          <w:p w14:paraId="294DAFC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1" w:type="dxa"/>
          </w:tcPr>
          <w:p w14:paraId="245D93B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Челлендж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жүректен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кітап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сыйла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Челлендж «Подари книгу от всего сердца!»</w:t>
            </w:r>
          </w:p>
        </w:tc>
        <w:tc>
          <w:tcPr>
            <w:tcW w:w="3110" w:type="dxa"/>
          </w:tcPr>
          <w:p w14:paraId="34F9268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Челлендж</w:t>
            </w:r>
            <w:proofErr w:type="spellEnd"/>
          </w:p>
        </w:tc>
        <w:tc>
          <w:tcPr>
            <w:tcW w:w="3110" w:type="dxa"/>
          </w:tcPr>
          <w:p w14:paraId="5547734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Самоуправление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1576" w:type="dxa"/>
          </w:tcPr>
          <w:p w14:paraId="311E3A6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ақпанның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февраля</w:t>
            </w:r>
            <w:proofErr w:type="spellEnd"/>
          </w:p>
        </w:tc>
      </w:tr>
      <w:tr w:rsidR="00CB236B" w:rsidRPr="00B92A38" w14:paraId="79E95022" w14:textId="77777777" w:rsidTr="00F07CE0">
        <w:tc>
          <w:tcPr>
            <w:tcW w:w="3110" w:type="dxa"/>
          </w:tcPr>
          <w:p w14:paraId="519803E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11" w:type="dxa"/>
          </w:tcPr>
          <w:p w14:paraId="4FDB941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қоғам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35CDB71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Профилактическое мероприятие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іс-шарасы</w:t>
            </w:r>
            <w:proofErr w:type="spellEnd"/>
          </w:p>
        </w:tc>
        <w:tc>
          <w:tcPr>
            <w:tcW w:w="3110" w:type="dxa"/>
          </w:tcPr>
          <w:p w14:paraId="2FF49FD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Заместитель директора по воспитательной работе, классные руководители, совместно с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заинтересованными государственными органами</w:t>
            </w:r>
          </w:p>
        </w:tc>
        <w:tc>
          <w:tcPr>
            <w:tcW w:w="1576" w:type="dxa"/>
          </w:tcPr>
          <w:p w14:paraId="56A458A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ақпанның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февраля</w:t>
            </w:r>
            <w:proofErr w:type="spellEnd"/>
          </w:p>
        </w:tc>
      </w:tr>
      <w:tr w:rsidR="00CB236B" w:rsidRPr="00B92A38" w14:paraId="2CD86E1B" w14:textId="77777777" w:rsidTr="00F07CE0">
        <w:tc>
          <w:tcPr>
            <w:tcW w:w="3110" w:type="dxa"/>
          </w:tcPr>
          <w:p w14:paraId="06B4304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1" w:type="dxa"/>
          </w:tcPr>
          <w:p w14:paraId="49ACB41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«Startup»</w:t>
            </w:r>
          </w:p>
        </w:tc>
        <w:tc>
          <w:tcPr>
            <w:tcW w:w="3110" w:type="dxa"/>
          </w:tcPr>
          <w:p w14:paraId="018594D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Конкурс</w:t>
            </w:r>
            <w:proofErr w:type="spellEnd"/>
          </w:p>
        </w:tc>
        <w:tc>
          <w:tcPr>
            <w:tcW w:w="3110" w:type="dxa"/>
          </w:tcPr>
          <w:p w14:paraId="7CAC0F0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басқаруы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6FC9D40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ақпанның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февраля</w:t>
            </w:r>
            <w:proofErr w:type="spellEnd"/>
          </w:p>
        </w:tc>
      </w:tr>
      <w:tr w:rsidR="00CB236B" w:rsidRPr="00B92A38" w14:paraId="59285E42" w14:textId="77777777" w:rsidTr="00F07CE0">
        <w:tc>
          <w:tcPr>
            <w:tcW w:w="3110" w:type="dxa"/>
          </w:tcPr>
          <w:p w14:paraId="0604DFF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11" w:type="dxa"/>
          </w:tcPr>
          <w:p w14:paraId="0411F97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Правопорядок и социальная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ответственноть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409C8DD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50FB619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56DC369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ақпанның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февраля</w:t>
            </w:r>
            <w:proofErr w:type="spellEnd"/>
          </w:p>
        </w:tc>
      </w:tr>
      <w:tr w:rsidR="00CB236B" w:rsidRPr="00600FF2" w14:paraId="5AF91126" w14:textId="77777777" w:rsidTr="00F07CE0">
        <w:tc>
          <w:tcPr>
            <w:tcW w:w="3110" w:type="dxa"/>
          </w:tcPr>
          <w:p w14:paraId="7CB4E469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Наурыз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тәуелсіздік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пен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патриотизм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айы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наурыз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Алғыс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айту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8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наурыз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Халықаралық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әйелдер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21, 22, 23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наурыз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Наурыз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мерекесі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30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наурыз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Дүниежүзілік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</w:p>
        </w:tc>
        <w:tc>
          <w:tcPr>
            <w:tcW w:w="4511" w:type="dxa"/>
          </w:tcPr>
          <w:p w14:paraId="42AB9990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t>Март – месяц независимости и патриотизма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 марта – День Благодарности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8 марта – Международный женский день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21, 22, 23 марта – праздник Наурыз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30 марта – Всемирный день Земли</w:t>
            </w:r>
          </w:p>
        </w:tc>
        <w:tc>
          <w:tcPr>
            <w:tcW w:w="3110" w:type="dxa"/>
          </w:tcPr>
          <w:p w14:paraId="4C2F083F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110" w:type="dxa"/>
          </w:tcPr>
          <w:p w14:paraId="435C380C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576" w:type="dxa"/>
          </w:tcPr>
          <w:p w14:paraId="43DEF20F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CB236B" w:rsidRPr="00B92A38" w14:paraId="0041570D" w14:textId="77777777" w:rsidTr="00F07CE0">
        <w:tc>
          <w:tcPr>
            <w:tcW w:w="3110" w:type="dxa"/>
          </w:tcPr>
          <w:p w14:paraId="2013C7A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1" w:type="dxa"/>
          </w:tcPr>
          <w:p w14:paraId="31DE49C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Алғыс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ізгі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ниет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37C0118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5E6E676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4C80B23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наурыздың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марта</w:t>
            </w:r>
            <w:proofErr w:type="spellEnd"/>
          </w:p>
        </w:tc>
      </w:tr>
      <w:tr w:rsidR="00CB236B" w:rsidRPr="00B92A38" w14:paraId="72D76A57" w14:textId="77777777" w:rsidTr="00F07CE0">
        <w:tc>
          <w:tcPr>
            <w:tcW w:w="3110" w:type="dxa"/>
          </w:tcPr>
          <w:p w14:paraId="65B53F4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1" w:type="dxa"/>
          </w:tcPr>
          <w:p w14:paraId="7548568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Ойынға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салауатты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көзқарас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32DB22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3B181B9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6E679B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наурыздың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марта</w:t>
            </w:r>
            <w:proofErr w:type="spellEnd"/>
          </w:p>
        </w:tc>
      </w:tr>
      <w:tr w:rsidR="00CB236B" w:rsidRPr="00B92A38" w14:paraId="5A4CDBD7" w14:textId="77777777" w:rsidTr="00F07CE0">
        <w:tc>
          <w:tcPr>
            <w:tcW w:w="3110" w:type="dxa"/>
          </w:tcPr>
          <w:p w14:paraId="4D17932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1" w:type="dxa"/>
          </w:tcPr>
          <w:p w14:paraId="1C75094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Челлендж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аялы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алақаны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 (Нежность материнских рук)</w:t>
            </w:r>
          </w:p>
        </w:tc>
        <w:tc>
          <w:tcPr>
            <w:tcW w:w="3110" w:type="dxa"/>
          </w:tcPr>
          <w:p w14:paraId="50F18E8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Челлендж</w:t>
            </w:r>
            <w:proofErr w:type="spellEnd"/>
          </w:p>
        </w:tc>
        <w:tc>
          <w:tcPr>
            <w:tcW w:w="3110" w:type="dxa"/>
          </w:tcPr>
          <w:p w14:paraId="5DF6CC6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басқаруы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руководители,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600C7E0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наурыздың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марта</w:t>
            </w:r>
            <w:proofErr w:type="spellEnd"/>
          </w:p>
        </w:tc>
      </w:tr>
      <w:tr w:rsidR="00CB236B" w:rsidRPr="00B92A38" w14:paraId="4E786F5E" w14:textId="77777777" w:rsidTr="00F07CE0">
        <w:tc>
          <w:tcPr>
            <w:tcW w:w="3110" w:type="dxa"/>
          </w:tcPr>
          <w:p w14:paraId="519AB18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1" w:type="dxa"/>
          </w:tcPr>
          <w:p w14:paraId="3698790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Выставка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Ұлттық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мәдениет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 (Национальная культура)</w:t>
            </w:r>
          </w:p>
        </w:tc>
        <w:tc>
          <w:tcPr>
            <w:tcW w:w="3110" w:type="dxa"/>
          </w:tcPr>
          <w:p w14:paraId="1266FEB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Көрме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Выставка</w:t>
            </w:r>
            <w:proofErr w:type="spellEnd"/>
          </w:p>
        </w:tc>
        <w:tc>
          <w:tcPr>
            <w:tcW w:w="3110" w:type="dxa"/>
          </w:tcPr>
          <w:p w14:paraId="1446AD2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Көркем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мұғалімдері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басқару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Учителя художественного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труда, классные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руководители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766CFED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наурыздың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марта</w:t>
            </w:r>
            <w:proofErr w:type="spellEnd"/>
          </w:p>
        </w:tc>
      </w:tr>
      <w:tr w:rsidR="00CB236B" w:rsidRPr="00B92A38" w14:paraId="6946027F" w14:textId="77777777" w:rsidTr="00F07CE0">
        <w:tc>
          <w:tcPr>
            <w:tcW w:w="3110" w:type="dxa"/>
          </w:tcPr>
          <w:p w14:paraId="7D55421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11" w:type="dxa"/>
          </w:tcPr>
          <w:p w14:paraId="4AD5372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театры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Школьный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театр</w:t>
            </w:r>
            <w:proofErr w:type="spellEnd"/>
          </w:p>
        </w:tc>
        <w:tc>
          <w:tcPr>
            <w:tcW w:w="3110" w:type="dxa"/>
          </w:tcPr>
          <w:p w14:paraId="70B0F7F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Театр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қойылымы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Театральная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постановка</w:t>
            </w:r>
            <w:proofErr w:type="spellEnd"/>
          </w:p>
        </w:tc>
        <w:tc>
          <w:tcPr>
            <w:tcW w:w="3110" w:type="dxa"/>
          </w:tcPr>
          <w:p w14:paraId="50262FD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бағыттағы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пән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мұғалімдері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пәндер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педагогтері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қосымша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беру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педагогтері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басқару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ұйымы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Учителя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эстетического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цикла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,/</w:t>
            </w:r>
            <w:proofErr w:type="spellStart"/>
            <w:proofErr w:type="gram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языковых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предметов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дополнительного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Самоуправление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1576" w:type="dxa"/>
          </w:tcPr>
          <w:p w14:paraId="640685C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наурыздың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марта</w:t>
            </w:r>
            <w:proofErr w:type="spellEnd"/>
          </w:p>
        </w:tc>
      </w:tr>
      <w:tr w:rsidR="00CB236B" w:rsidRPr="00B92A38" w14:paraId="01FA5BBA" w14:textId="77777777" w:rsidTr="00F07CE0">
        <w:tc>
          <w:tcPr>
            <w:tcW w:w="3110" w:type="dxa"/>
          </w:tcPr>
          <w:p w14:paraId="3DDAA39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1" w:type="dxa"/>
          </w:tcPr>
          <w:p w14:paraId="07C3CA4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Наурыз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жыл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басы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D34C70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6CC38C2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24E50B9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наурыздың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марта</w:t>
            </w:r>
            <w:proofErr w:type="spellEnd"/>
          </w:p>
        </w:tc>
      </w:tr>
      <w:tr w:rsidR="00CB236B" w:rsidRPr="00B92A38" w14:paraId="15BB7B2C" w14:textId="77777777" w:rsidTr="00F07CE0">
        <w:tc>
          <w:tcPr>
            <w:tcW w:w="3110" w:type="dxa"/>
          </w:tcPr>
          <w:p w14:paraId="7C9DA71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11" w:type="dxa"/>
          </w:tcPr>
          <w:p w14:paraId="471F0F5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экологиялық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акциясы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Экологическая акция «Час Земли»</w:t>
            </w:r>
          </w:p>
        </w:tc>
        <w:tc>
          <w:tcPr>
            <w:tcW w:w="3110" w:type="dxa"/>
          </w:tcPr>
          <w:p w14:paraId="0D9D71F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Акция</w:t>
            </w:r>
            <w:proofErr w:type="spellEnd"/>
          </w:p>
        </w:tc>
        <w:tc>
          <w:tcPr>
            <w:tcW w:w="3110" w:type="dxa"/>
          </w:tcPr>
          <w:p w14:paraId="6C2A3BB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Жаратылыстану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ғылымдарының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апталығы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онкүндігі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аясында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пән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мұғалімдері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Учителя-предметники в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рамках Недели/Декады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естественных наук</w:t>
            </w:r>
          </w:p>
        </w:tc>
        <w:tc>
          <w:tcPr>
            <w:tcW w:w="1576" w:type="dxa"/>
          </w:tcPr>
          <w:p w14:paraId="2B41C8A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наурыздың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марта</w:t>
            </w:r>
            <w:proofErr w:type="spellEnd"/>
          </w:p>
        </w:tc>
      </w:tr>
      <w:tr w:rsidR="00CB236B" w:rsidRPr="00600FF2" w14:paraId="19296173" w14:textId="77777777" w:rsidTr="00F07CE0">
        <w:tc>
          <w:tcPr>
            <w:tcW w:w="3110" w:type="dxa"/>
          </w:tcPr>
          <w:p w14:paraId="54710BEB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Сәуір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еңбекқорлық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пен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кәсібилік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айы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2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сәуір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Халықаралық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балалар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кітабы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7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сәуір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Дүниежүзілік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денсаулық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12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сәуір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Ғылым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15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сәуір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Халықаралық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мәдениет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18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сәуір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Халықаралық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ескерткіштер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мен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тарихи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орындарды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қорғау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23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сәуір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-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Ұлттық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кітап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</w:p>
        </w:tc>
        <w:tc>
          <w:tcPr>
            <w:tcW w:w="4511" w:type="dxa"/>
          </w:tcPr>
          <w:p w14:paraId="0FE31469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t>Апрель – месяц трудолюбия и профессионализма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2 апреля – Международный день детской книги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7 апреля – Всемирный день здоровья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12 апреля – День Науки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15 апреля – Международный день культуры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 xml:space="preserve">18 апреля – Международный день охраны памятников и исторических мест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23-апреля – Национальный день книги</w:t>
            </w:r>
          </w:p>
        </w:tc>
        <w:tc>
          <w:tcPr>
            <w:tcW w:w="3110" w:type="dxa"/>
          </w:tcPr>
          <w:p w14:paraId="1592B20D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110" w:type="dxa"/>
          </w:tcPr>
          <w:p w14:paraId="37C54F26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576" w:type="dxa"/>
          </w:tcPr>
          <w:p w14:paraId="277A4803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CB236B" w:rsidRPr="00B92A38" w14:paraId="3673AB55" w14:textId="77777777" w:rsidTr="00F07CE0">
        <w:tc>
          <w:tcPr>
            <w:tcW w:w="3110" w:type="dxa"/>
          </w:tcPr>
          <w:p w14:paraId="638C41C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1" w:type="dxa"/>
          </w:tcPr>
          <w:p w14:paraId="16C3862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Алғыс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ізгі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ниет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65FEFF8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029DCB1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7A8409A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сәуірдің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proofErr w:type="spellEnd"/>
          </w:p>
        </w:tc>
      </w:tr>
      <w:tr w:rsidR="00CB236B" w:rsidRPr="00B92A38" w14:paraId="0FC28BF9" w14:textId="77777777" w:rsidTr="00F07CE0">
        <w:tc>
          <w:tcPr>
            <w:tcW w:w="3110" w:type="dxa"/>
          </w:tcPr>
          <w:p w14:paraId="0E80ADE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1" w:type="dxa"/>
          </w:tcPr>
          <w:p w14:paraId="799D32F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Книги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которые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выбираем</w:t>
            </w:r>
            <w:proofErr w:type="spellEnd"/>
          </w:p>
        </w:tc>
        <w:tc>
          <w:tcPr>
            <w:tcW w:w="3110" w:type="dxa"/>
          </w:tcPr>
          <w:p w14:paraId="1EB90DB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3C4FF32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6231136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сәуірдің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proofErr w:type="spellEnd"/>
          </w:p>
        </w:tc>
      </w:tr>
      <w:tr w:rsidR="00CB236B" w:rsidRPr="00B92A38" w14:paraId="2282FB9F" w14:textId="77777777" w:rsidTr="00F07CE0">
        <w:tc>
          <w:tcPr>
            <w:tcW w:w="3110" w:type="dxa"/>
          </w:tcPr>
          <w:p w14:paraId="3580875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1" w:type="dxa"/>
          </w:tcPr>
          <w:p w14:paraId="1ED574D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Өмірге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салауатты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қадам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DF1351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Профилактическое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proofErr w:type="spellEnd"/>
          </w:p>
        </w:tc>
        <w:tc>
          <w:tcPr>
            <w:tcW w:w="3110" w:type="dxa"/>
          </w:tcPr>
          <w:p w14:paraId="298DFE3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475EFFA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сәуірдің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proofErr w:type="spellEnd"/>
          </w:p>
        </w:tc>
      </w:tr>
      <w:tr w:rsidR="00CB236B" w:rsidRPr="00B92A38" w14:paraId="212B216E" w14:textId="77777777" w:rsidTr="00F07CE0">
        <w:tc>
          <w:tcPr>
            <w:tcW w:w="3110" w:type="dxa"/>
          </w:tcPr>
          <w:p w14:paraId="15FBB49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511" w:type="dxa"/>
          </w:tcPr>
          <w:p w14:paraId="744BD6A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для родителей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Атадан-өсиет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анадан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қасиет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(От отца - мудрый совет, от матери - доброта и душевные качества)</w:t>
            </w:r>
          </w:p>
        </w:tc>
        <w:tc>
          <w:tcPr>
            <w:tcW w:w="3110" w:type="dxa"/>
          </w:tcPr>
          <w:p w14:paraId="1C77922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</w:p>
        </w:tc>
        <w:tc>
          <w:tcPr>
            <w:tcW w:w="3110" w:type="dxa"/>
          </w:tcPr>
          <w:p w14:paraId="322F8E6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/педагог-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психологтар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руководители/ педагоги-психологи</w:t>
            </w:r>
          </w:p>
        </w:tc>
        <w:tc>
          <w:tcPr>
            <w:tcW w:w="1576" w:type="dxa"/>
          </w:tcPr>
          <w:p w14:paraId="6576FF4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сәуірдің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proofErr w:type="spellEnd"/>
          </w:p>
        </w:tc>
      </w:tr>
      <w:tr w:rsidR="00CB236B" w:rsidRPr="00B92A38" w14:paraId="41BB49FC" w14:textId="77777777" w:rsidTr="00F07CE0">
        <w:tc>
          <w:tcPr>
            <w:tcW w:w="3110" w:type="dxa"/>
          </w:tcPr>
          <w:p w14:paraId="0EAE310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11" w:type="dxa"/>
          </w:tcPr>
          <w:p w14:paraId="4B9AEE7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Буллингтен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қорған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 Программа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Досбол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11BB5C2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5BCAB62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0ABAF7A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сәуірдің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proofErr w:type="spellEnd"/>
          </w:p>
        </w:tc>
      </w:tr>
      <w:tr w:rsidR="00CB236B" w:rsidRPr="00B92A38" w14:paraId="4FDB0FD6" w14:textId="77777777" w:rsidTr="00F07CE0">
        <w:tc>
          <w:tcPr>
            <w:tcW w:w="3110" w:type="dxa"/>
          </w:tcPr>
          <w:p w14:paraId="4912289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1" w:type="dxa"/>
          </w:tcPr>
          <w:p w14:paraId="58AC96E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Дебаты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Ұшқыр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алаңы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10" w:type="dxa"/>
          </w:tcPr>
          <w:p w14:paraId="7025F88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пікірсайысы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Школьные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дебаты</w:t>
            </w:r>
            <w:proofErr w:type="spellEnd"/>
          </w:p>
        </w:tc>
        <w:tc>
          <w:tcPr>
            <w:tcW w:w="3110" w:type="dxa"/>
          </w:tcPr>
          <w:p w14:paraId="7BBC405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Тәлімгер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басқаруы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Вожатый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самоуправление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1576" w:type="dxa"/>
          </w:tcPr>
          <w:p w14:paraId="7FFE0A3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сәуірдің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proofErr w:type="spellEnd"/>
          </w:p>
        </w:tc>
      </w:tr>
      <w:tr w:rsidR="00CB236B" w:rsidRPr="00B92A38" w14:paraId="4AB7C1FA" w14:textId="77777777" w:rsidTr="00F07CE0">
        <w:tc>
          <w:tcPr>
            <w:tcW w:w="3110" w:type="dxa"/>
          </w:tcPr>
          <w:p w14:paraId="21FB6A9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11" w:type="dxa"/>
          </w:tcPr>
          <w:p w14:paraId="4534371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Қоғамдық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мүлікті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қорға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Охрана общественного имущества!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F32FF5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627B9CF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3B41146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сәуірдің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proofErr w:type="spellEnd"/>
          </w:p>
        </w:tc>
      </w:tr>
      <w:tr w:rsidR="00CB236B" w:rsidRPr="00B92A38" w14:paraId="070010A7" w14:textId="77777777" w:rsidTr="00F07CE0">
        <w:tc>
          <w:tcPr>
            <w:tcW w:w="3110" w:type="dxa"/>
          </w:tcPr>
          <w:p w14:paraId="06996D8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11" w:type="dxa"/>
          </w:tcPr>
          <w:p w14:paraId="470AFE5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Экочеллендж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Түлектердің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ағаш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егуі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Экочеллендж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«Посадка деревьев выпускниками»</w:t>
            </w:r>
          </w:p>
        </w:tc>
        <w:tc>
          <w:tcPr>
            <w:tcW w:w="3110" w:type="dxa"/>
          </w:tcPr>
          <w:p w14:paraId="0BCB97C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Челлендж</w:t>
            </w:r>
            <w:proofErr w:type="spellEnd"/>
          </w:p>
        </w:tc>
        <w:tc>
          <w:tcPr>
            <w:tcW w:w="3110" w:type="dxa"/>
          </w:tcPr>
          <w:p w14:paraId="1C8AC77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Мектептің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өзін-өзі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басқаруы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Классные руководители,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131425F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сәуірдің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proofErr w:type="spellEnd"/>
          </w:p>
        </w:tc>
      </w:tr>
      <w:tr w:rsidR="00CB236B" w:rsidRPr="00600FF2" w14:paraId="1BB78525" w14:textId="77777777" w:rsidTr="00F07CE0">
        <w:tc>
          <w:tcPr>
            <w:tcW w:w="3110" w:type="dxa"/>
          </w:tcPr>
          <w:p w14:paraId="288B8D71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Мамыр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—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бірлік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пен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ынтымақ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айы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мамыр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—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Қазақстан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халқының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бірлігі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7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мамыр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—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Отан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қорғаушылар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9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мамыр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—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Ұлы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Отан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соғысындағы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Жеңіс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Мамырдың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екінші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жексенбісі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—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Аналар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15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мамыр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—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Халықаралық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отбасы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18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мамыр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—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Халықаралық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музейлер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31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мамыр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—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Саяси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қуғын-сүргін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құрбандарын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еске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алу</w:t>
            </w:r>
            <w:proofErr w:type="spellEnd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күні</w:t>
            </w:r>
            <w:proofErr w:type="spellEnd"/>
          </w:p>
        </w:tc>
        <w:tc>
          <w:tcPr>
            <w:tcW w:w="4511" w:type="dxa"/>
          </w:tcPr>
          <w:p w14:paraId="0CBDF96D" w14:textId="77777777" w:rsidR="00CB236B" w:rsidRPr="003D4EC2" w:rsidRDefault="002D59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t>Май – месяц единства и солидарности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 мая – День единства народов Казахстана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7 мая – День защитников Родины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9 мая – День Победы в Великой Отечественной войне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 xml:space="preserve">Второе воскресенье мая – День матерей 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15 май – Международный день семьи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18 мая – Международный день музеев</w:t>
            </w:r>
            <w:r w:rsidRPr="003D4EC2"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  <w:br/>
              <w:t>31 мая – День памяти жертв политических репрессий</w:t>
            </w:r>
          </w:p>
        </w:tc>
        <w:tc>
          <w:tcPr>
            <w:tcW w:w="3110" w:type="dxa"/>
          </w:tcPr>
          <w:p w14:paraId="6F16881C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3110" w:type="dxa"/>
          </w:tcPr>
          <w:p w14:paraId="4E709F3E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576" w:type="dxa"/>
          </w:tcPr>
          <w:p w14:paraId="5199FE24" w14:textId="77777777" w:rsidR="00CB236B" w:rsidRPr="003D4EC2" w:rsidRDefault="00CB236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CB236B" w:rsidRPr="00B92A38" w14:paraId="401333A9" w14:textId="77777777" w:rsidTr="00F07CE0">
        <w:tc>
          <w:tcPr>
            <w:tcW w:w="3110" w:type="dxa"/>
          </w:tcPr>
          <w:p w14:paraId="6A7B9CA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1" w:type="dxa"/>
          </w:tcPr>
          <w:p w14:paraId="2335A60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әртүрліміз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бірақ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теңбіз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Мы разные, но равные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5C305CC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4664E5A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27CB5F4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мамырдың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мая</w:t>
            </w:r>
            <w:proofErr w:type="spellEnd"/>
          </w:p>
        </w:tc>
      </w:tr>
      <w:tr w:rsidR="00CB236B" w:rsidRPr="00B92A38" w14:paraId="348EE141" w14:textId="77777777" w:rsidTr="00F07CE0">
        <w:tc>
          <w:tcPr>
            <w:tcW w:w="3110" w:type="dxa"/>
          </w:tcPr>
          <w:p w14:paraId="3BB1A07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1" w:type="dxa"/>
          </w:tcPr>
          <w:p w14:paraId="2865559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Сарбаз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әскери-патриоттық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әндер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фестивалі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Фестиваль военно-патриотических песен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Сарбаз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110" w:type="dxa"/>
          </w:tcPr>
          <w:p w14:paraId="529228D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Фестиваль</w:t>
            </w:r>
            <w:proofErr w:type="spellEnd"/>
          </w:p>
        </w:tc>
        <w:tc>
          <w:tcPr>
            <w:tcW w:w="3110" w:type="dxa"/>
          </w:tcPr>
          <w:p w14:paraId="4C35EB3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Учителя НВТП, учителя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музыки, классные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руководители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4B8E7E4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мамырдың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мая</w:t>
            </w:r>
            <w:proofErr w:type="spellEnd"/>
          </w:p>
        </w:tc>
      </w:tr>
      <w:tr w:rsidR="00CB236B" w:rsidRPr="00B92A38" w14:paraId="2A80B844" w14:textId="77777777" w:rsidTr="00F07CE0">
        <w:tc>
          <w:tcPr>
            <w:tcW w:w="3110" w:type="dxa"/>
          </w:tcPr>
          <w:p w14:paraId="6864395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511" w:type="dxa"/>
          </w:tcPr>
          <w:p w14:paraId="67F826A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Отбасылық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дәстүрлер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күніне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Неделя,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приуроченная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Дню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семьи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Отбасылық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дәстүрлер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10" w:type="dxa"/>
          </w:tcPr>
          <w:p w14:paraId="35EEC38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Суреттер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фотосуреттер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көрмесі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Выставка рисунков, фотографий</w:t>
            </w:r>
          </w:p>
        </w:tc>
        <w:tc>
          <w:tcPr>
            <w:tcW w:w="3110" w:type="dxa"/>
          </w:tcPr>
          <w:p w14:paraId="23D0187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014761D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мамырдың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мая</w:t>
            </w:r>
            <w:proofErr w:type="spellEnd"/>
          </w:p>
        </w:tc>
      </w:tr>
      <w:tr w:rsidR="00CB236B" w:rsidRPr="00B92A38" w14:paraId="5BC20A84" w14:textId="77777777" w:rsidTr="00F07CE0">
        <w:tc>
          <w:tcPr>
            <w:tcW w:w="3110" w:type="dxa"/>
          </w:tcPr>
          <w:p w14:paraId="2729CFA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1" w:type="dxa"/>
          </w:tcPr>
          <w:p w14:paraId="0A106C4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Буллингтен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қорған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33160AB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6FA5CB6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467A455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мамырдың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мая</w:t>
            </w:r>
            <w:proofErr w:type="spellEnd"/>
          </w:p>
        </w:tc>
      </w:tr>
      <w:tr w:rsidR="00CB236B" w:rsidRPr="00B92A38" w14:paraId="5CA42529" w14:textId="77777777" w:rsidTr="00F07CE0">
        <w:tc>
          <w:tcPr>
            <w:tcW w:w="3110" w:type="dxa"/>
          </w:tcPr>
          <w:p w14:paraId="3E1A5ED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11" w:type="dxa"/>
          </w:tcPr>
          <w:p w14:paraId="14B545B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қоғам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940F8C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Алдын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1C953FC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жұмысы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орынбасары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мүдделі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органдармен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бірлесіп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4BC08A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мамырдың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мая</w:t>
            </w:r>
            <w:proofErr w:type="spellEnd"/>
          </w:p>
        </w:tc>
      </w:tr>
      <w:tr w:rsidR="00CB236B" w:rsidRPr="00B92A38" w14:paraId="41A9EC3A" w14:textId="77777777" w:rsidTr="00F07CE0">
        <w:tc>
          <w:tcPr>
            <w:tcW w:w="3110" w:type="dxa"/>
          </w:tcPr>
          <w:p w14:paraId="20328ED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1" w:type="dxa"/>
          </w:tcPr>
          <w:p w14:paraId="4E9E3B4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Білімім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Отаныма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!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Қауіпсіздік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сабақтары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(10 минут)/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755BC1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сағаты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110" w:type="dxa"/>
          </w:tcPr>
          <w:p w14:paraId="1F1E4E6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жетекшілері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6" w:type="dxa"/>
          </w:tcPr>
          <w:p w14:paraId="68B34D5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мамырдың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аптасы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мая</w:t>
            </w:r>
            <w:proofErr w:type="spellEnd"/>
          </w:p>
        </w:tc>
      </w:tr>
    </w:tbl>
    <w:p w14:paraId="21737305" w14:textId="77777777" w:rsidR="00B92A38" w:rsidRPr="00B92A38" w:rsidRDefault="00B92A38" w:rsidP="00B92A3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651048D4" w14:textId="77777777" w:rsidR="00B92A38" w:rsidRPr="00595CFE" w:rsidRDefault="00B92A38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C46C106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1A34C7DE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53EC91E5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8BEE129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1CFB1EBF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4AA3C94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33091C2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0BAE55F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F077BC4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8C59A7F" w14:textId="77777777" w:rsidR="00600FF2" w:rsidRDefault="00600FF2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CC6C7D4" w14:textId="5D23FD9F" w:rsidR="00B92A38" w:rsidRPr="00595CFE" w:rsidRDefault="00595CFE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595CFE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Примечание:</w:t>
      </w:r>
    </w:p>
    <w:p w14:paraId="4BBB0D18" w14:textId="5A12B6D7" w:rsidR="00595CFE" w:rsidRDefault="00595CFE" w:rsidP="00B92A38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Личная безопасность- отдельный план</w:t>
      </w:r>
    </w:p>
    <w:p w14:paraId="5C2A28B0" w14:textId="149C164D" w:rsidR="00595CFE" w:rsidRDefault="00595CFE" w:rsidP="00595CFE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Закон и порядок-</w:t>
      </w:r>
      <w:r w:rsidRPr="00595CF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отдельный </w:t>
      </w:r>
      <w:proofErr w:type="gramStart"/>
      <w:r>
        <w:rPr>
          <w:rFonts w:ascii="Times New Roman" w:hAnsi="Times New Roman" w:cs="Times New Roman"/>
          <w:sz w:val="20"/>
          <w:szCs w:val="20"/>
          <w:lang w:val="ru-RU"/>
        </w:rPr>
        <w:t>план(</w:t>
      </w:r>
      <w:proofErr w:type="gramEnd"/>
      <w:r>
        <w:rPr>
          <w:rFonts w:ascii="Times New Roman" w:hAnsi="Times New Roman" w:cs="Times New Roman"/>
          <w:sz w:val="20"/>
          <w:szCs w:val="20"/>
          <w:lang w:val="ru-RU"/>
        </w:rPr>
        <w:t xml:space="preserve">совместный с поликлиникой, РОВД, </w:t>
      </w: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прокураторой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3B132604" w14:textId="68A63633" w:rsidR="00595CFE" w:rsidRDefault="00595CFE" w:rsidP="00595CFE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Основы Конституции-</w:t>
      </w:r>
      <w:r w:rsidRPr="00595CF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RU"/>
        </w:rPr>
        <w:t>отдельный план</w:t>
      </w:r>
    </w:p>
    <w:p w14:paraId="7B3853CC" w14:textId="3AF3A72E" w:rsidR="00595CFE" w:rsidRDefault="00595CFE" w:rsidP="00595CFE">
      <w:pPr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Саламатты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мектеп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595CF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RU"/>
        </w:rPr>
        <w:t>отдельный план</w:t>
      </w:r>
    </w:p>
    <w:p w14:paraId="431033D7" w14:textId="56E6ACEE" w:rsidR="00595CFE" w:rsidRDefault="00595CFE" w:rsidP="00595CFE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21C2305" w14:textId="4424703F" w:rsidR="00595CFE" w:rsidRPr="00B92A38" w:rsidRDefault="00595CFE" w:rsidP="00B92A3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30ECEF8D" w14:textId="77777777" w:rsidR="00B92A38" w:rsidRPr="00B92A38" w:rsidRDefault="00B92A38" w:rsidP="00B92A3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0CAEBE68" w14:textId="77777777" w:rsidR="00B92A38" w:rsidRPr="00B92A38" w:rsidRDefault="00B92A38" w:rsidP="00B92A3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6CB4884" w14:textId="77777777" w:rsidR="00B92A38" w:rsidRPr="00B92A38" w:rsidRDefault="00B92A38" w:rsidP="00B92A3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DA0F0A4" w14:textId="77777777" w:rsidR="00B92A38" w:rsidRPr="00B92A38" w:rsidRDefault="00B92A38" w:rsidP="00B92A3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36F7AEEB" w14:textId="089D9BEC" w:rsidR="00CB236B" w:rsidRPr="00B92A38" w:rsidRDefault="002D5967" w:rsidP="00B92A38">
      <w:pPr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92A38">
        <w:rPr>
          <w:rFonts w:ascii="Times New Roman" w:hAnsi="Times New Roman" w:cs="Times New Roman"/>
          <w:b/>
          <w:sz w:val="20"/>
          <w:szCs w:val="20"/>
          <w:lang w:val="ru-RU"/>
        </w:rPr>
        <w:t>2. Единый календарно-тематический план классных часов (1–11 классы)</w:t>
      </w:r>
    </w:p>
    <w:p w14:paraId="56FE2FC2" w14:textId="49661348" w:rsidR="00CB236B" w:rsidRPr="00B92A38" w:rsidRDefault="002D596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B92A38">
        <w:rPr>
          <w:rFonts w:ascii="Times New Roman" w:hAnsi="Times New Roman" w:cs="Times New Roman"/>
          <w:sz w:val="20"/>
          <w:szCs w:val="20"/>
          <w:lang w:val="ru-RU"/>
        </w:rPr>
        <w:t>Тематика адаптируется классным руководителем с учётом</w:t>
      </w:r>
      <w:r w:rsidR="00595CFE">
        <w:rPr>
          <w:rFonts w:ascii="Times New Roman" w:hAnsi="Times New Roman" w:cs="Times New Roman"/>
          <w:sz w:val="20"/>
          <w:szCs w:val="20"/>
          <w:lang w:val="ru-RU"/>
        </w:rPr>
        <w:t xml:space="preserve"> возраста </w:t>
      </w:r>
      <w:r w:rsidRPr="00B92A38">
        <w:rPr>
          <w:rFonts w:ascii="Times New Roman" w:hAnsi="Times New Roman" w:cs="Times New Roman"/>
          <w:sz w:val="20"/>
          <w:szCs w:val="20"/>
          <w:lang w:val="ru-RU"/>
        </w:rPr>
        <w:t>чающихся. В колонках указаны возрастные варианты содержания для 1–4, 5–8 и 9–11 классов.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7"/>
        <w:gridCol w:w="2928"/>
        <w:gridCol w:w="2551"/>
        <w:gridCol w:w="2811"/>
        <w:gridCol w:w="2221"/>
        <w:gridCol w:w="1716"/>
        <w:gridCol w:w="1708"/>
        <w:gridCol w:w="1016"/>
      </w:tblGrid>
      <w:tr w:rsidR="00CB236B" w:rsidRPr="00B92A38" w14:paraId="4BF07984" w14:textId="77777777" w:rsidTr="00F07CE0">
        <w:tc>
          <w:tcPr>
            <w:tcW w:w="1944" w:type="dxa"/>
          </w:tcPr>
          <w:p w14:paraId="707AFCC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944" w:type="dxa"/>
          </w:tcPr>
          <w:p w14:paraId="393FDC7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Общая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цитата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недели</w:t>
            </w:r>
            <w:proofErr w:type="spellEnd"/>
          </w:p>
        </w:tc>
        <w:tc>
          <w:tcPr>
            <w:tcW w:w="1944" w:type="dxa"/>
          </w:tcPr>
          <w:p w14:paraId="61FAC03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1–4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1944" w:type="dxa"/>
          </w:tcPr>
          <w:p w14:paraId="6BABD94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5–8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1944" w:type="dxa"/>
          </w:tcPr>
          <w:p w14:paraId="3ABBBC4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9–11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1944" w:type="dxa"/>
          </w:tcPr>
          <w:p w14:paraId="4F32EC4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Форма</w:t>
            </w:r>
            <w:proofErr w:type="spellEnd"/>
          </w:p>
        </w:tc>
        <w:tc>
          <w:tcPr>
            <w:tcW w:w="1944" w:type="dxa"/>
          </w:tcPr>
          <w:p w14:paraId="6F9E21C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  <w:proofErr w:type="spellEnd"/>
          </w:p>
        </w:tc>
        <w:tc>
          <w:tcPr>
            <w:tcW w:w="1944" w:type="dxa"/>
          </w:tcPr>
          <w:p w14:paraId="2082908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Срок</w:t>
            </w:r>
            <w:proofErr w:type="spellEnd"/>
          </w:p>
        </w:tc>
      </w:tr>
      <w:tr w:rsidR="00CB236B" w:rsidRPr="00B92A38" w14:paraId="4062C0A6" w14:textId="77777777" w:rsidTr="00F07CE0">
        <w:tc>
          <w:tcPr>
            <w:tcW w:w="22032" w:type="dxa"/>
            <w:gridSpan w:val="8"/>
          </w:tcPr>
          <w:p w14:paraId="6372A64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</w:tr>
      <w:tr w:rsidR="00CB236B" w:rsidRPr="00B92A38" w14:paraId="43D88D1C" w14:textId="77777777" w:rsidTr="00F07CE0">
        <w:tc>
          <w:tcPr>
            <w:tcW w:w="432" w:type="dxa"/>
          </w:tcPr>
          <w:p w14:paraId="278570A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60" w:type="dxa"/>
          </w:tcPr>
          <w:p w14:paraId="453E9F8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«Конституция Казахстана — основа формирования честного гражданина, интеллектуальной нации и ответственного общества».</w:t>
            </w:r>
          </w:p>
        </w:tc>
        <w:tc>
          <w:tcPr>
            <w:tcW w:w="4320" w:type="dxa"/>
          </w:tcPr>
          <w:p w14:paraId="0E7B3CD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«Конституция Казахстана — основа формирования честного гражданина, интеллектуальной нации и ответственного общества».</w:t>
            </w:r>
          </w:p>
        </w:tc>
        <w:tc>
          <w:tcPr>
            <w:tcW w:w="4320" w:type="dxa"/>
          </w:tcPr>
          <w:p w14:paraId="28D8BC9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«Конституция Казахстана — основа формирования честного гражданина, интеллектуальной нации и ответственного общества».</w:t>
            </w:r>
          </w:p>
        </w:tc>
        <w:tc>
          <w:tcPr>
            <w:tcW w:w="1728" w:type="dxa"/>
          </w:tcPr>
          <w:p w14:paraId="1DC7120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«Конституция Казахстана — основа формирования честного гражданина, интеллектуальной нации и ответственного общества».</w:t>
            </w:r>
          </w:p>
        </w:tc>
        <w:tc>
          <w:tcPr>
            <w:tcW w:w="2592" w:type="dxa"/>
          </w:tcPr>
          <w:p w14:paraId="790C042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5D07B23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0B4DD45C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526AFBA3" w14:textId="77777777" w:rsidTr="00F07CE0">
        <w:tc>
          <w:tcPr>
            <w:tcW w:w="22032" w:type="dxa"/>
            <w:gridSpan w:val="8"/>
          </w:tcPr>
          <w:p w14:paraId="65AA542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Цитата 2-й недели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Жанұям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қорғаным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ата-анам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тірегім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!»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«Моя семья — моя защита, мои родители — моя опора!»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07.09.26 г.–13.09.26 г.</w:t>
            </w:r>
          </w:p>
        </w:tc>
      </w:tr>
      <w:tr w:rsidR="00CB236B" w:rsidRPr="00B92A38" w14:paraId="7AD77085" w14:textId="77777777" w:rsidTr="00F07CE0">
        <w:tc>
          <w:tcPr>
            <w:tcW w:w="432" w:type="dxa"/>
          </w:tcPr>
          <w:p w14:paraId="6D44812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760" w:type="dxa"/>
          </w:tcPr>
          <w:p w14:paraId="781B359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«Моя семья — моя опора» 1 класс</w:t>
            </w:r>
          </w:p>
        </w:tc>
        <w:tc>
          <w:tcPr>
            <w:tcW w:w="4320" w:type="dxa"/>
          </w:tcPr>
          <w:p w14:paraId="46E4CBD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«Моя семья — моя опора» 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«Правила моей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«Чистота начинается с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позвонить в экстренную службу?» 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Содержательные направления классного часа: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— «Мои права и обязанности в семье»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«Чистота начинается с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позвонить в экстренную службу?» 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Содержательные направления классного часа: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— «Права и обязанности ребёнка в семье»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«Чистота начинается с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позвонить в экстренную службу?» 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Содержательные направления классного часа: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— «Права, обязанности и ответственность в семье»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«Чистота начинается с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позвонить в экстренную службу?»</w:t>
            </w:r>
          </w:p>
        </w:tc>
        <w:tc>
          <w:tcPr>
            <w:tcW w:w="4320" w:type="dxa"/>
          </w:tcPr>
          <w:p w14:paraId="526C97B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классного часа: «Моя семья — моя опора»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Закон и порядок в контексте новой Конституции — «Правила, обязанности и ответственность начинаются с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«Чистота дома и вокруг него — ответственность каждого»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безопасности в школе»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прав и выполнение обязанностей в семье»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«Экологические привычки семьи: бережное отношение к ресурсам»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«Права, личные границы и взаимная ответственность членов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«Экологическая ответственность семьи в повседневной жизни»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«Права, обязанности и ответственность человека в семье и обществе»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«Экологическая культура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семьи как часть гражданской ответственности»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1728" w:type="dxa"/>
          </w:tcPr>
          <w:p w14:paraId="2B04886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«Моя семья — моя опора»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Закон и порядок в контексте новой Конституции — «Семья под защитой государства: права, обязанности и взаимная забота»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виды хобби и места отдыха»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«Семья как конституционная ценность: права и ответственность членов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знание своих прав и обязанностей помогает избегать правонарушений?»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«Семья и ответственность взрослого человека: взаимная забота родителей и детей»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«Сохранение безопасной среды на мероприятиях: ваши действия»</w:t>
            </w:r>
          </w:p>
        </w:tc>
        <w:tc>
          <w:tcPr>
            <w:tcW w:w="2592" w:type="dxa"/>
          </w:tcPr>
          <w:p w14:paraId="67F1406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видеоролик</w:t>
            </w:r>
            <w:proofErr w:type="spellEnd"/>
          </w:p>
        </w:tc>
        <w:tc>
          <w:tcPr>
            <w:tcW w:w="1440" w:type="dxa"/>
          </w:tcPr>
          <w:p w14:paraId="2D41056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3279845B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698FEE14" w14:textId="77777777" w:rsidTr="00F07CE0">
        <w:tc>
          <w:tcPr>
            <w:tcW w:w="22032" w:type="dxa"/>
            <w:gridSpan w:val="8"/>
          </w:tcPr>
          <w:p w14:paraId="360499E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Цитата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3-й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недели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Ақырын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жүріп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анық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бас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еңбегің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кетпес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далаға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!»</w:t>
            </w:r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(Абай) «Иди медленно, твёрдым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шагом,твой</w:t>
            </w:r>
            <w:proofErr w:type="spellEnd"/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труд не будет напрасным!»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Абай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) 14.09.26 г.–20.09.26 г.</w:t>
            </w:r>
          </w:p>
        </w:tc>
      </w:tr>
      <w:tr w:rsidR="00CB236B" w:rsidRPr="00B92A38" w14:paraId="3E64CC7B" w14:textId="77777777" w:rsidTr="00F07CE0">
        <w:tc>
          <w:tcPr>
            <w:tcW w:w="432" w:type="dxa"/>
          </w:tcPr>
          <w:p w14:paraId="51AD6EF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760" w:type="dxa"/>
          </w:tcPr>
          <w:p w14:paraId="0586398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«Труд и ответственность начинаются с семьи»</w:t>
            </w:r>
          </w:p>
        </w:tc>
        <w:tc>
          <w:tcPr>
            <w:tcW w:w="4320" w:type="dxa"/>
          </w:tcPr>
          <w:p w14:paraId="0959639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«Труд и ответственность начинаются с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«Я помогаю дома»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— «Мои обязанности»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«Хорошо, что я такой!»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 дверь постучали. Как распознать опасность?»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«Мой вклад в семью»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— «Обязанности и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«Мой дружный коллектив, и я в нём»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«Что делать, если обидели друга?»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«Ответственное отношение к труду»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— «Труд и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«Я уникален»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«О чём нельзя молчать 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скрывать от родителей?»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«Мой вклад в общее дело»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— «Труд, права и обязанности»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«Секретное слово — семейный пароль»</w:t>
            </w:r>
          </w:p>
        </w:tc>
        <w:tc>
          <w:tcPr>
            <w:tcW w:w="4320" w:type="dxa"/>
          </w:tcPr>
          <w:p w14:paraId="454F054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«Честный труд — основа достойного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«Мои интересы и будущая профессия»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труд и ответственность за свой выбор»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«Я и стресс»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«Безопасное возвращение домой: что делать в неблагоприятную погоду?»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«Мои интересы — ориентир в выборе профессии»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труд, честность и ответственность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«Я среди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«Ваши личные данные и как их защитить»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(профориентация) — «От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интересов к выбору будущей профессии»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свободный выбор труда и ответственность за своё будущее»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«Что такое личные границы, и зачем они нужны?»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челлендж «Цифровая диета: как повлияет на вас кратковременный отказ от гаджетов?»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«Какие профессии и специальности востребованы в нашем городе?»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труд и осознанный выбор профессионального пути»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«Видеть, чувствовать, слышать»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«Возрастные ограничения в интернете и зачем они нужны»</w:t>
            </w:r>
          </w:p>
        </w:tc>
        <w:tc>
          <w:tcPr>
            <w:tcW w:w="1728" w:type="dxa"/>
          </w:tcPr>
          <w:p w14:paraId="038B4C9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«Труд — ключ к успеху»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«Мои сильные стороны и способности: в каких сферах труда я могу реализовать себя»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«Труд как право человека: уважение к труду и ответственное отношение к своим обязанностям»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доверие к родителям влияет на принятие важных жизненных решений»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«Профессиональные качества будущего специалиста: что кроме знаний помогает добиться успеха»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«Свобода труда 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развитие своих способностей: личная ответственность за результат»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отправки личных фотографий незнакомым людям»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«От школьных навыков к профессиональным компетенциям: что я уже умею и что необходимо развивать»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«Трудовые права и ответственное отношение к будущей профессиональной деятельности»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обеспечить безопасные условия труда?»</w:t>
            </w:r>
          </w:p>
        </w:tc>
        <w:tc>
          <w:tcPr>
            <w:tcW w:w="2592" w:type="dxa"/>
          </w:tcPr>
          <w:p w14:paraId="1205183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687FB38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061713F2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38162186" w14:textId="77777777" w:rsidTr="00F07CE0">
        <w:tc>
          <w:tcPr>
            <w:tcW w:w="22032" w:type="dxa"/>
            <w:gridSpan w:val="8"/>
          </w:tcPr>
          <w:p w14:paraId="3C0572E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4-й недели: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жай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ғана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қызмет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емес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адам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болмысының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айнасы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 (Абай)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«Труд </w:t>
            </w:r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 это</w:t>
            </w:r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не просто деятельность, а зеркало человеческого бытия.»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Абай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) 21.09.26 г.–27.09.26 г.</w:t>
            </w:r>
          </w:p>
        </w:tc>
      </w:tr>
      <w:tr w:rsidR="00CB236B" w:rsidRPr="00B92A38" w14:paraId="795A58D8" w14:textId="77777777" w:rsidTr="00F07CE0">
        <w:tc>
          <w:tcPr>
            <w:tcW w:w="432" w:type="dxa"/>
          </w:tcPr>
          <w:p w14:paraId="4410D31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760" w:type="dxa"/>
          </w:tcPr>
          <w:p w14:paraId="547F092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«Труд — основа успеха»</w:t>
            </w:r>
          </w:p>
        </w:tc>
        <w:tc>
          <w:tcPr>
            <w:tcW w:w="4320" w:type="dxa"/>
          </w:tcPr>
          <w:p w14:paraId="288ED0F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«Труд — основа успеха» 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«Все профессии важны»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«Право на труд»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ПДД — «Улица полна неожиданностей»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безопасного обращения с игрушками»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«Все профессии важны»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«Право на труд»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«Основные правила поведения учащихся на улицах и дорогах»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«Опасности на льду»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«Все профессии важны»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«Право на труд и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«Правила поведения детей на улице и дороге»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научиться защищать себя?»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«Все профессии важны»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«Право на труд и выбор профессии»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«Знаем ли мы правила дорожного движения?»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Личная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безопасность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—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Что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делать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если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встретил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бездомную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собаку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?»</w:t>
            </w:r>
          </w:p>
        </w:tc>
        <w:tc>
          <w:tcPr>
            <w:tcW w:w="4320" w:type="dxa"/>
          </w:tcPr>
          <w:p w14:paraId="09F29B1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«Труд сегодня — возможности завтра»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«Мои способности и мир профессий»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новой Конституции — «Безопасные и достойные условия труда — право каждого человека»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ПДД — «Наш город (посёлок), район»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безопасности в школе»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«Развиваю навыки для будущего»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«Право на безопасные условия труда и социальную защиту»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ПДД — «Правила дорожного движения (повторение)»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«Трудовые навыки и мой профессиональный путь»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«Право на справедливое вознаграждение за труд без дискриминации»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ПДД — «Роль автомобильного транспорта в экономике республики»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(профориентация) — «От личных качеств к осознанному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профессиональному выбору»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«Достойные условия и справедливое вознаграждение за труд»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ПДД — «История возникновения правил дорожного движения. Международный язык дорожных знаков»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1728" w:type="dxa"/>
          </w:tcPr>
          <w:p w14:paraId="3B34D6FD" w14:textId="77777777" w:rsidR="00CB236B" w:rsidRPr="00600FF2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«Профессия и труд — дорога в будущее»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(профориентация) — «Мой профессиональный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маршрут: колледж, специальность и первый осознанный выбор»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труд, свободный выбор профессии и профессиональное самоопределение»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«Окружение и развитие жизнестойкости»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«Ответственность за последствия конфликта»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«От интересов и способностей к профессии: как определить своё профессиональное направление»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«Свобода труда и выбора профессии: право человека самостоятельно определять профессиональный путь»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«Типы лидеров и их качества»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«Сомнительные виды заработка: как не попасть в ловушку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мошенников?»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«Профессия после школы: осознанный выбор специальности и образовательной траектории»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труд и профессиональный выбор: ответственность за своё будущее»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«Ответственность — мой выбор»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«Правила безопасных финансовых операций. </w:t>
            </w:r>
            <w:r w:rsidRPr="00600F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Опасность финансовых пирамид»</w:t>
            </w:r>
          </w:p>
        </w:tc>
        <w:tc>
          <w:tcPr>
            <w:tcW w:w="2592" w:type="dxa"/>
          </w:tcPr>
          <w:p w14:paraId="752877A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2C8265E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218B5576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59041BA9" w14:textId="77777777" w:rsidTr="00F07CE0">
        <w:tc>
          <w:tcPr>
            <w:tcW w:w="22032" w:type="dxa"/>
            <w:gridSpan w:val="8"/>
          </w:tcPr>
          <w:p w14:paraId="1A0F538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Қазан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тәуелсіздік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отаншылдық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Октябрь — месяц независимости и патриотизма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1 октября – Международный день пожилых людей 5 октября– День учителя 24 октября – День библиотекаря 25 октября – День Республики</w:t>
            </w:r>
          </w:p>
        </w:tc>
      </w:tr>
      <w:tr w:rsidR="00CB236B" w:rsidRPr="00600FF2" w14:paraId="37B58E56" w14:textId="77777777" w:rsidTr="00F07CE0">
        <w:tc>
          <w:tcPr>
            <w:tcW w:w="22032" w:type="dxa"/>
            <w:gridSpan w:val="8"/>
          </w:tcPr>
          <w:p w14:paraId="0DA6166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1-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й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недели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: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 «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Ел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жұртымның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бақыты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аталатын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сөнбесін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мәңгі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сенің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Отан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атың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!»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«Страна </w:t>
            </w:r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 это</w:t>
            </w:r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счастье народа, вечное имя твоей Родины.»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28.09.26 г.–04.10.26 г.</w:t>
            </w:r>
          </w:p>
        </w:tc>
      </w:tr>
      <w:tr w:rsidR="00CB236B" w:rsidRPr="00B92A38" w14:paraId="1CC50A98" w14:textId="77777777" w:rsidTr="00F07CE0">
        <w:tc>
          <w:tcPr>
            <w:tcW w:w="432" w:type="dxa"/>
          </w:tcPr>
          <w:p w14:paraId="4B223FD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760" w:type="dxa"/>
          </w:tcPr>
          <w:p w14:paraId="7BF75F8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«Старшее поколение — хранители наших ценностей»</w:t>
            </w:r>
          </w:p>
        </w:tc>
        <w:tc>
          <w:tcPr>
            <w:tcW w:w="4320" w:type="dxa"/>
          </w:tcPr>
          <w:p w14:paraId="5C18FB7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«Старшее поколение — хранители наших ценностей»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 старших — пример для нас»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ценностей новой Конституции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«Уважение к человеку и его достоинству»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«Если незнакомец обратился за помощью на улице?»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«Уважаем труд старших»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«Уважение к человеку и его достоинству»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правильно выстроить диалог с незнакомцем?»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 старшего поколения — пример ответственности»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«Уважение к человеку и его достоинству»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не попасть на обман к незнакомцу?»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 старшего поколения — вклад в развитие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«Уважение к человеку и его достоинству»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безопасно для себя помочь незнакомому человеку?»</w:t>
            </w:r>
          </w:p>
        </w:tc>
        <w:tc>
          <w:tcPr>
            <w:tcW w:w="4320" w:type="dxa"/>
          </w:tcPr>
          <w:p w14:paraId="4573BEE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«Старшее поколение — мудрость, опыт и пример»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 старшего поколения: чему мы можем у них научиться»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чести и достоинства каждого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Личная безопасность — «О правилах поведения в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«Опыт старших: труд, мастерство и жизненные уроки»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прав, чести и достоинства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«Кажется, у меня на компьютере вирус. Что делать?»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«Трудовой путь старшего поколения: опыт, который важно сохранить»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достоинства человека и ответственность перед старшим поколением»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«Доверие к родителям — залог безопасности в сложных ситуациях»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«Профессиональный опыт старшего поколения как ценность для общества»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«Забота о старшем поколении как семейная и гражданская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«Персональные данные: риски и ответственность»</w:t>
            </w:r>
          </w:p>
        </w:tc>
        <w:tc>
          <w:tcPr>
            <w:tcW w:w="1728" w:type="dxa"/>
          </w:tcPr>
          <w:p w14:paraId="046F600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«Старшее поколение — мудрость, опыт и пример»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(профориентация) — «Профессиональный опыт старшего поколения: чему можно научиться у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людей разных профессий»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чести и достоинства человека независимо от возраста»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«Если вы столкнулись с травлей в сети»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«Наставничество в профессии: как опыт старших помогает становлению молодого специалиста»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«Достоинство человека и социальная поддержка граждан старшего поколения»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безопасного поведения в транспорте: автомобиль, автобус, поезд, самолёт»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«Профессиональная преемственность: знания и опыт, которые передаются от поколения к поколению»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«Уважение достоинства и социальная защищённость человека в старшем возрасте»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«Ответственность за бездействие и соучастие»</w:t>
            </w:r>
          </w:p>
        </w:tc>
        <w:tc>
          <w:tcPr>
            <w:tcW w:w="2592" w:type="dxa"/>
          </w:tcPr>
          <w:p w14:paraId="3FC3207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3BC24D9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2827DFE5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3F7FF2DF" w14:textId="77777777" w:rsidTr="00F07CE0">
        <w:tc>
          <w:tcPr>
            <w:tcW w:w="22032" w:type="dxa"/>
            <w:gridSpan w:val="8"/>
          </w:tcPr>
          <w:p w14:paraId="4E3417C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2-й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Туған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жердей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жер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болмас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туған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елдей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ел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болмас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!» «Нет земли лучше Родины, нет людей лучше, чем на Родине».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05.10.26 г.–11.10.26 г.</w:t>
            </w:r>
          </w:p>
        </w:tc>
      </w:tr>
      <w:tr w:rsidR="00CB236B" w:rsidRPr="00B92A38" w14:paraId="13B31371" w14:textId="77777777" w:rsidTr="00F07CE0">
        <w:tc>
          <w:tcPr>
            <w:tcW w:w="432" w:type="dxa"/>
          </w:tcPr>
          <w:p w14:paraId="2A9531D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760" w:type="dxa"/>
          </w:tcPr>
          <w:p w14:paraId="38A62DB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«Цифровой мир: безопасность начинается с ответственности»</w:t>
            </w:r>
          </w:p>
        </w:tc>
        <w:tc>
          <w:tcPr>
            <w:tcW w:w="4320" w:type="dxa"/>
          </w:tcPr>
          <w:p w14:paraId="5A33D3A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«Цифровой мир: безопасность начинается с ответственности»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«Мои правила безопасности в цифровом мире»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«Современные технологии на страже природы»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«Пешеходные переходы»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поведения в магазине, супермаркете»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«Безопасное и ответственное поведение в цифровом мире»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«Современные технологии на страже природы»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«Нерегулируемые перекрёстки»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знакомства в сети»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Закон и порядок в контексте ценностей новой Конституции — «Мои права и ответственность в цифровой среде»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«Современные технологии на страже природы»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«Где ещё можно переходить дорогу»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«Виртуальная дружба: чем опасны онлайн-знакомства?»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«Цифровые права и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«Современные технологии на страже природы»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«Движение учащихся группами и в колонне»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не стать жертвой фейковых рассылок?»</w:t>
            </w:r>
          </w:p>
        </w:tc>
        <w:tc>
          <w:tcPr>
            <w:tcW w:w="4320" w:type="dxa"/>
          </w:tcPr>
          <w:p w14:paraId="114BFDF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«Цифровой мир: безопасность начинается с ответственности»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«Электронные отходы: куда сдавать старые гаджеты и технику»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прав, чести и достоинства человека в цифровой среде»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ПДД-«Разбор дорожно-транспортного происшествия»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испытания (челленджи)»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«Электронные отходы: ответственное обращение с ненужной техникой»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«Ответственность за свои слова и действия в интернете»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ПДД-«Встреча с инспектором дорожного движения. Беседа»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«Почему важно делиться своим опытом с родителями?»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«Электронные отходы: разумное потребление и экологичная утилизация техники»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«Свобода слова в интернете и ответственность за нарушение прав другого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ПДД-«Ознакомление с сигналами регулировщика. Ролевая игра»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увлечения в сети (трэш-стрим)»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«Электронные отходы и экологическая ответственность цифрового поколения»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«Цифровая ответственность: защита достоинства, частной жизни и прав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«Ролевая структура кибербуллинга. Что делать, если вы участник»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«Остановочный и тормозной путь автомобиля»</w:t>
            </w:r>
          </w:p>
        </w:tc>
        <w:tc>
          <w:tcPr>
            <w:tcW w:w="1728" w:type="dxa"/>
          </w:tcPr>
          <w:p w14:paraId="2B5AEB7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«Цифровой мир: свобода, право и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«Свобода слова и её границы: уважение чести и достоинства человека в интернете»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«Электронные отходы: почему старые гаджеты нельзя выбрасывать вместе с обычным мусором»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«Ответственность за фейки в сети»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«Права человека в интернете: защита чести, достоинства и частной жизни»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«Электронные отходы и экология: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ответственное обращение с техникой и гаджетами»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«Может ли искусственный интеллект превзойти человека и стоит ли этого бояться?»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«Свобода общения и правовая ответственность: где проходит граница между мнением и нарушением прав другого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«Цифровое потребление и экологическая ответственность: как сократить количество электронных отходов»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«Умение действовать в чрезвычайных ситуациях»</w:t>
            </w:r>
          </w:p>
        </w:tc>
        <w:tc>
          <w:tcPr>
            <w:tcW w:w="2592" w:type="dxa"/>
          </w:tcPr>
          <w:p w14:paraId="5A06E11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54F5C1B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73155036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36C5385E" w14:textId="77777777" w:rsidTr="00F07CE0">
        <w:tc>
          <w:tcPr>
            <w:tcW w:w="22032" w:type="dxa"/>
            <w:gridSpan w:val="8"/>
          </w:tcPr>
          <w:p w14:paraId="57FD983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3-й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Отанды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сүю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отбасынан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басталады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!» «Любовь к Родине начинается с семьи!»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12.10.26 г.–18.10.26 г.</w:t>
            </w:r>
          </w:p>
        </w:tc>
      </w:tr>
      <w:tr w:rsidR="00CB236B" w:rsidRPr="00B92A38" w14:paraId="49A3FD6A" w14:textId="77777777" w:rsidTr="00F07CE0">
        <w:tc>
          <w:tcPr>
            <w:tcW w:w="432" w:type="dxa"/>
          </w:tcPr>
          <w:p w14:paraId="4710457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760" w:type="dxa"/>
          </w:tcPr>
          <w:p w14:paraId="5644CAF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«Будущее страны начинается с наших ценностей».</w:t>
            </w:r>
          </w:p>
        </w:tc>
        <w:tc>
          <w:tcPr>
            <w:tcW w:w="4320" w:type="dxa"/>
          </w:tcPr>
          <w:p w14:paraId="282BCB3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«Будущее страны начинается с наших ценностей». Системная интеграция ценностей: 1 класс Человек труда — «Профессии, которые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создают будущее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«Я соблюдаю правила своей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«Богатство в многообразии, а сила в единстве»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«Несовместимые друг с другом продукты. Эксперименты с едой»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«Профессии, которые создают будущее страны» Закон и порядок в контексте ценностей новой Конституции — «Почему важно соблюдать правила и законы»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«Наши интересы укрепляют дружбу»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правильно выбрать продукты в магазине?»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 Человек труда — «Профессии, которые создают будущее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«Конституция: мои права и обязанности»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«Мозаика наших сердец»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«Простые действия при обнаружении подозрительного предмета» 4 класс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— «Профессии, которые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создают будущее страны» Закон и порядок в контексте ценностей новой Конституции — «Конституция и роль закона в жизни общества»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«Великая сила слова»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не навредить себе экспериментами в питании»</w:t>
            </w:r>
          </w:p>
        </w:tc>
        <w:tc>
          <w:tcPr>
            <w:tcW w:w="4320" w:type="dxa"/>
          </w:tcPr>
          <w:p w14:paraId="3320A4A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классного часа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«Будущее страны начинается с наших ценностей».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новой Конституции — «Уважение прав других и соблюдение правил — основа ответственного гражданства»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избегать опасных объектов на улице? (электрощитки)»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«Права человека и ответственность за соблюдение закона»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избежать травм и несчастных случаев в бассейне или в водоёме?»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прав и свобод других людей как основа ответственного общества»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«Как правильно говорить нет?»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поведения и профилактика несчастных случаев на воде»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«Гражданская ответственность и соблюдение закона как основа развития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«Способность понимать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«От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шутки до опасности: как вовремя распознать угрозу»</w:t>
            </w:r>
          </w:p>
        </w:tc>
        <w:tc>
          <w:tcPr>
            <w:tcW w:w="1728" w:type="dxa"/>
          </w:tcPr>
          <w:p w14:paraId="065944B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«Будущее страны начинается с наших ценностей»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«Семья как конституционная ценность: взаимная забота, права и обязанности родителей и детей»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уверенно и прямо отказываться от опасных предложений»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«Семья под защитой государства: ответственность родителей и детей друг перед другом»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«Ответственность за распространение ложной информации, в том числе в сети»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«Семейные ценности и ответственность взрослого человека: забота о родителях и преемственность поколений»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не попасть под влияние сект?»</w:t>
            </w:r>
          </w:p>
        </w:tc>
        <w:tc>
          <w:tcPr>
            <w:tcW w:w="2592" w:type="dxa"/>
          </w:tcPr>
          <w:p w14:paraId="29AD836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00971AB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3FE830C6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5CC3F29C" w14:textId="77777777" w:rsidTr="00F07CE0">
        <w:tc>
          <w:tcPr>
            <w:tcW w:w="22032" w:type="dxa"/>
            <w:gridSpan w:val="8"/>
          </w:tcPr>
          <w:p w14:paraId="333D968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4-й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Отаным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алтын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бесігім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!» «Моя Родина — моя золотая колыбель!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19.10.26 г.–25.10.26 г.</w:t>
            </w:r>
          </w:p>
        </w:tc>
      </w:tr>
      <w:tr w:rsidR="00CB236B" w:rsidRPr="00B92A38" w14:paraId="5F039FFE" w14:textId="77777777" w:rsidTr="00F07CE0">
        <w:tc>
          <w:tcPr>
            <w:tcW w:w="432" w:type="dxa"/>
          </w:tcPr>
          <w:p w14:paraId="643F2E6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760" w:type="dxa"/>
          </w:tcPr>
          <w:p w14:paraId="66E3F63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«День Республики»</w:t>
            </w:r>
          </w:p>
        </w:tc>
        <w:tc>
          <w:tcPr>
            <w:tcW w:w="4320" w:type="dxa"/>
          </w:tcPr>
          <w:p w14:paraId="5268884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«День Республики»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 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«Конституция — основа жизни Республики»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«Пароль с родителями»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«Конституция — основа жизни Республики»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«Что делать, если встретил бездомных животных?»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«Конституция — основа жизни Республики»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«Программа „Родительский контроль“ — плюсы ребёнку»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ценностей новой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Конституции — «Конституция — основа жизни Республики»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избежать опасностей при отдыхе на природе»</w:t>
            </w:r>
          </w:p>
        </w:tc>
        <w:tc>
          <w:tcPr>
            <w:tcW w:w="4320" w:type="dxa"/>
          </w:tcPr>
          <w:p w14:paraId="0F41A4E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«25 октября — День Республики. Казахстан — наша общая ценность»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«Казахстан — суверенное государство: единство и ответственность граждан»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«Безопасное поведение на улице и в общественных местах»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«Независимость и единство Республики Казахстан — основы государственности»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«Осенняя безопасность: опасные ситуации на улице и как их избежать»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«Суверенитет Республики Казахстан и ответственность граждан за будущее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«Безопасное передвижение на велосипеде: ответственность за себя и окружающих»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«Суверенитет, единство и гражданская ответственность как основы государственности»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 кому обратиться за помощью: родители и доверенные взрослые»</w:t>
            </w:r>
          </w:p>
        </w:tc>
        <w:tc>
          <w:tcPr>
            <w:tcW w:w="1728" w:type="dxa"/>
          </w:tcPr>
          <w:p w14:paraId="6460DF5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«25 октября — День Республики. Казахстан — наша общая ценность»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«Казахстан — суверенное государство: единство и ответственность граждан»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преодолеть искушение и сделать правильный выбор в сомнительных ситуациях»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«Независимость и единство Республики Казахстан — основы государственности»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«Опасности онлайн-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игр и интернет-зависимость»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«Суверенитет Республики Казахстан и ответственность граждан за будущее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отличить истинную дружбу от ложной»</w:t>
            </w:r>
          </w:p>
        </w:tc>
        <w:tc>
          <w:tcPr>
            <w:tcW w:w="2592" w:type="dxa"/>
          </w:tcPr>
          <w:p w14:paraId="736575E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166A1D6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7FF7C313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76BFD294" w14:textId="77777777" w:rsidTr="00F07CE0">
        <w:tc>
          <w:tcPr>
            <w:tcW w:w="22032" w:type="dxa"/>
            <w:gridSpan w:val="8"/>
          </w:tcPr>
          <w:p w14:paraId="291DC94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Қараша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әділдік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жауапкершілік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Ноябрь — месяц справедливости и ответственности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15 ноября – День национальной валюты – тенге 16 ноября – Международный день толерантности</w:t>
            </w:r>
          </w:p>
        </w:tc>
      </w:tr>
      <w:tr w:rsidR="00CB236B" w:rsidRPr="00B92A38" w14:paraId="35FD117C" w14:textId="77777777" w:rsidTr="00F07CE0">
        <w:tc>
          <w:tcPr>
            <w:tcW w:w="22032" w:type="dxa"/>
            <w:gridSpan w:val="8"/>
          </w:tcPr>
          <w:p w14:paraId="37FE688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четверть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1-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й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недели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Әділдік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пен</w:t>
            </w:r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жауапкершілік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біртұтас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ұғым</w:t>
            </w:r>
            <w:proofErr w:type="spellEnd"/>
            <w:r w:rsidRPr="00600FF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!»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Справедливость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ответственность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—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понятие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единое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!»</w:t>
            </w:r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02.11.26 г.–08.11.26 г.</w:t>
            </w:r>
          </w:p>
        </w:tc>
      </w:tr>
      <w:tr w:rsidR="00CB236B" w:rsidRPr="00B92A38" w14:paraId="7BAD14C3" w14:textId="77777777" w:rsidTr="00F07CE0">
        <w:tc>
          <w:tcPr>
            <w:tcW w:w="432" w:type="dxa"/>
          </w:tcPr>
          <w:p w14:paraId="489480F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760" w:type="dxa"/>
          </w:tcPr>
          <w:p w14:paraId="0425339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тема: «Справедливый Казахстан: честный гражданин — прогрессивная нация»</w:t>
            </w:r>
          </w:p>
        </w:tc>
        <w:tc>
          <w:tcPr>
            <w:tcW w:w="4320" w:type="dxa"/>
          </w:tcPr>
          <w:p w14:paraId="22380A5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тема: «Справедливый Казахстан: честный гражданин — прогрессивная нация»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 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«Справедливость: правила одинаковы для всех»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«Возможности искусственного интеллекта. Звонок голосом родителей»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«Справедливость и равенство перед законом»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«Домашние игры: соблюдение мер безопасности»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«Равенство перед законом — основа справедливости»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игры в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«Справедливый Казахстан: равенство всех перед законом»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«Домашние игры: соблюдаем меры безопасности»</w:t>
            </w:r>
          </w:p>
        </w:tc>
        <w:tc>
          <w:tcPr>
            <w:tcW w:w="4320" w:type="dxa"/>
          </w:tcPr>
          <w:p w14:paraId="5AF2263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«Справедливый Казахстан: честный гражданин — прогрессивная нация»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«Равенство перед законом: справедливость начинается с соблюдения общих правил»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«Привычки, сохраняющие здоровье»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«Равные права и ответственность каждого — основа справедливого общества»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«Международные знаки помощи»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Закон и порядок в контексте новой Конституции — «Справедливость, равенство перед законом и ответственность гражданина»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«Дружба в трудные периоды: как безопасно помочь другу в конфликте?»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«Равенство перед законом и защита прав человека как основы справедливого государства»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 сомнительных ситуациях: путь к здоровому и безопасному образу жизни»</w:t>
            </w:r>
          </w:p>
        </w:tc>
        <w:tc>
          <w:tcPr>
            <w:tcW w:w="1728" w:type="dxa"/>
          </w:tcPr>
          <w:p w14:paraId="16B1E28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«Справедливый Казахстан: честный гражданин — прогрессивная нация»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«Справедливость и ответственность гражданина: соблюдение закона как основа правового государства»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«Подросток и трудовые отношения»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«Справедливое общество: права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человека, равенство перед законом и гражданская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«Правовое государство и гражданская зрелость: ответственность за свои решения и поступки»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2592" w:type="dxa"/>
          </w:tcPr>
          <w:p w14:paraId="414D26B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47D439F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33C084A2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0C55E2D1" w14:textId="77777777" w:rsidTr="00F07CE0">
        <w:tc>
          <w:tcPr>
            <w:tcW w:w="22032" w:type="dxa"/>
            <w:gridSpan w:val="8"/>
          </w:tcPr>
          <w:p w14:paraId="3A027BD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Цитата 2-й </w:t>
            </w:r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недели :</w:t>
            </w:r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«Тура биде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туған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!»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«У справедливого судьи нет родственников, у несправедливого - нет совести» 09.11.26 г.–15.11.26 г.</w:t>
            </w:r>
          </w:p>
        </w:tc>
      </w:tr>
      <w:tr w:rsidR="00CB236B" w:rsidRPr="00B92A38" w14:paraId="508841BA" w14:textId="77777777" w:rsidTr="00F07CE0">
        <w:tc>
          <w:tcPr>
            <w:tcW w:w="432" w:type="dxa"/>
          </w:tcPr>
          <w:p w14:paraId="55EB1B2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760" w:type="dxa"/>
          </w:tcPr>
          <w:p w14:paraId="377CAB7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«Тенге — опора Независимости»</w:t>
            </w:r>
          </w:p>
        </w:tc>
        <w:tc>
          <w:tcPr>
            <w:tcW w:w="4320" w:type="dxa"/>
          </w:tcPr>
          <w:p w14:paraId="44CAABF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«Тенге — опора Независимости»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«Тенге — национальная ценность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«Опасности на водоёмах»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«Уважение к национальной валюте и закону»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«Правила поведения на улице»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«Тенге и экономическая самостоятельность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безопасности на природе»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«Национальная валюта и независимость государства»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«Безопасные игры на улице»</w:t>
            </w:r>
          </w:p>
        </w:tc>
        <w:tc>
          <w:tcPr>
            <w:tcW w:w="4320" w:type="dxa"/>
          </w:tcPr>
          <w:p w14:paraId="2E34750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«Тенге — символ финансовой независимости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Теңге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национальная валюта Республики Казахстан»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ПДД — «Сигналы светофора с дополнительными секциями»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уверенно и безопасно отказать незнакомому человеку?»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«Национальная валюта —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теңге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 что закрепляет Конституция»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ПДД — «Назначение номерных, опознавательных знаков и надписей на транспортных средствах»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«Искусственный интеллект: стоит ли доверять ему безоговорочно?»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Теңге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как национальная валюта и элемент суверенитета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ПДД — «Остановка и стоянка транспортных средств»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«Мои основные права и обязанности»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«Конституционный статус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теңге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 национальная валюта и исключительное право государства на её эмиссию»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ПДД —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Дорожные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знаки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Личная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безопасность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—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Опасные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селфи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28" w:type="dxa"/>
          </w:tcPr>
          <w:p w14:paraId="2D7B6EC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«Тенге — символ финансовой независимости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«Тенге — национальная валюта Республики Казахстан: конституционный статус и значение для суверенитета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«Окружение и развитие жизнестойкости»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Личная безопасность — «Может ли несовершеннолетний быть привлечён к юридической ответственности?»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«Национальная валюта и финансовая независимость государства: конституционный статус тенге»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«Типы лидеров и их качества»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«Эффективные стратегии реагирования на негативные высказывания в ваш адрес»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«Тенге как элемент экономического суверенитета Казахстана: исключительное право государства на эмиссию национальной валюты»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«Ответственность — мой выбор»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«Основные правила защиты личных границ человека»</w:t>
            </w:r>
          </w:p>
        </w:tc>
        <w:tc>
          <w:tcPr>
            <w:tcW w:w="2592" w:type="dxa"/>
          </w:tcPr>
          <w:p w14:paraId="7354C5B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1631008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70ED093C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54A0DF79" w14:textId="77777777" w:rsidTr="00F07CE0">
        <w:tc>
          <w:tcPr>
            <w:tcW w:w="22032" w:type="dxa"/>
            <w:gridSpan w:val="8"/>
          </w:tcPr>
          <w:p w14:paraId="164E4B0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3-й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Жауапкершілік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адамгершілік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қасиеттің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көрінісі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 «Ответственность — это проявление моральных качеств» 16.11.26 г.–22.11.26 г.</w:t>
            </w:r>
          </w:p>
        </w:tc>
      </w:tr>
      <w:tr w:rsidR="00CB236B" w:rsidRPr="00B92A38" w14:paraId="67384810" w14:textId="77777777" w:rsidTr="00F07CE0">
        <w:tc>
          <w:tcPr>
            <w:tcW w:w="432" w:type="dxa"/>
          </w:tcPr>
          <w:p w14:paraId="3AAA0AE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760" w:type="dxa"/>
          </w:tcPr>
          <w:p w14:paraId="287254D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«Ответственный выбор — ответственный поступок»</w:t>
            </w:r>
          </w:p>
        </w:tc>
        <w:tc>
          <w:tcPr>
            <w:tcW w:w="4320" w:type="dxa"/>
          </w:tcPr>
          <w:p w14:paraId="452D395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«Ответственный выбор — ответственный поступок»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«Учусь отвечать за свои поступки»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«Хорошо, что я такой!»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«Мой выбор и его последствия»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«Мой дружный коллектив, и я в нём»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«Ответственность за свои решения»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«Я уникален»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ценностей новой Конституции — «Выбор, поступок и ответственность перед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законом»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«Видеть, чувствовать, слышать»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</w:p>
        </w:tc>
        <w:tc>
          <w:tcPr>
            <w:tcW w:w="4320" w:type="dxa"/>
          </w:tcPr>
          <w:p w14:paraId="72FD566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«Ответственный выбор — ответственный поступок»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«Ответственность за свои поступки и уважение прав других людей»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«Экстренные номера»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«Ответственный выбор и соблюдение установленных правил»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«Права, обязанности и ответственность человека за свои действия»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«Как правильно говорить нет?»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скорой помощи и телефоны доверия»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«Осознанный выбор, соблюдение закона и ответственность за последствия своих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поступков»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«Способность понимать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скорой помощи и телефоны доверия»</w:t>
            </w:r>
          </w:p>
        </w:tc>
        <w:tc>
          <w:tcPr>
            <w:tcW w:w="1728" w:type="dxa"/>
          </w:tcPr>
          <w:p w14:paraId="7BE9B10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«Ответственный выбор — ответственный поступок»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«Личная ответственность за свои решения и уважение прав и свобод других людей»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«Любое дело требует ответственности: от небольшого поручения до серьёзной работы»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скорой помощи и телефоны доверия»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«Осознанный выбор и правовая ответственность: поступок и его последствия»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«Ответственное отношение к делу: качество работы начинается с отношения человека к своим обязанностям»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«Телефонные 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«Гражданская зрелость: свобода выбора, ответственность за решения и уважение прав окружающих»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«Профессиональная ответственность: готовность отвечать за качество своей работы и её результат»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</w:p>
        </w:tc>
        <w:tc>
          <w:tcPr>
            <w:tcW w:w="2592" w:type="dxa"/>
          </w:tcPr>
          <w:p w14:paraId="4F38FEC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5893232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1FB7BF72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03DDDDC8" w14:textId="77777777" w:rsidTr="00F07CE0">
        <w:tc>
          <w:tcPr>
            <w:tcW w:w="22032" w:type="dxa"/>
            <w:gridSpan w:val="8"/>
          </w:tcPr>
          <w:p w14:paraId="75316AD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Цитата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4-й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недели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Әділетте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берік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болсаң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аяғың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таймайды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!»</w:t>
            </w:r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«Будь верен справедливости, и ты всегда будешь твёрдо стоять ногах».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23.11.26 г.–29.11.26 г.</w:t>
            </w:r>
          </w:p>
        </w:tc>
      </w:tr>
      <w:tr w:rsidR="00CB236B" w:rsidRPr="00B92A38" w14:paraId="6D6F2C64" w14:textId="77777777" w:rsidTr="00F07CE0">
        <w:tc>
          <w:tcPr>
            <w:tcW w:w="432" w:type="dxa"/>
          </w:tcPr>
          <w:p w14:paraId="7192035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760" w:type="dxa"/>
          </w:tcPr>
          <w:p w14:paraId="0998127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 «Энергосбережение — вклад в экологию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Казахстана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0" w:type="dxa"/>
          </w:tcPr>
          <w:p w14:paraId="2A08B5C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 «Энергосбережение — вклад в экологию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«Берегу энергию — берегу природу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«Кто помогает беречь энергию: знакомство с профессией энергетика»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«Скрипты звонка в экстренные службы при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«Экономим энергию — заботимся о чистом Казахстане»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«Профессии, которые помогают экономить энергию»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«Скрипты звонка в экстренные службы при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«Энергосбережение и сохранение природных ресурсов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«Энергетик и эколог: труд на благо природы»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«Скрипты звонка в экстренные службы при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«Энергосбережение — шаг к экологичному будущему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«Профессии будущего в энергетике и экологии»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«Скрипты звонка в экстренные службы при чрезвычайной ситуации»</w:t>
            </w:r>
          </w:p>
        </w:tc>
        <w:tc>
          <w:tcPr>
            <w:tcW w:w="4320" w:type="dxa"/>
          </w:tcPr>
          <w:p w14:paraId="2B331BC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«Энергосбережение — вклад в экологию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«Бережём энергию — бережём природу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людей, которые помогают экономить энергию»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безопасности в школе»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«Энергосбережение дома и в школе: разумное использование ресурсов»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(профориентация)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«Энергетика и современные профессии: какие навыки нужны специалисту»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«Как избегать опасных объектов на улице?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«Энергоэффективность: меньше потерь — больше пользы для природы»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в энергетике: от производства энергии до её эффективного использования»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«Энергосбережение и экологическая ответственность: технологии будущего»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будущего в энергетике и экологических технологиях»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1728" w:type="dxa"/>
          </w:tcPr>
          <w:p w14:paraId="62BDF59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«Энергосбережение — разумный выбор для будущего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«Энергосбережение как часть экологической культуры: как повседневные привычки помогают сохранять природные ресурсы»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«Бережное отношение к природным богатствам как обязанность гражданина»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Личная безопасность — «Опасные виды хобби и места отдыха»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«Рациональное потребление энергии: личный вклад в снижение нагрузки на окружающую среду»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«Охрана окружающей среды и ответственное использование природных ресурсов»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знание своих прав и обязанностей помогает избегать правонарушений?»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«Энергоэффективность и ответственное потребление ресурсов как часть устойчивого развития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«Ответственность перед будущими поколениями: сохранение природы и природных богатств»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«Сохранение безопасной среды на мероприятиях: ваши действия»</w:t>
            </w:r>
          </w:p>
        </w:tc>
        <w:tc>
          <w:tcPr>
            <w:tcW w:w="2592" w:type="dxa"/>
          </w:tcPr>
          <w:p w14:paraId="2C8285B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265035E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6E311E95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6F7F0AE4" w14:textId="77777777" w:rsidTr="00F07CE0">
        <w:tc>
          <w:tcPr>
            <w:tcW w:w="22032" w:type="dxa"/>
            <w:gridSpan w:val="8"/>
          </w:tcPr>
          <w:p w14:paraId="5D06F8A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Желтоқсан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бірлік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ынтымақ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 Декабрь — месяц единства и согласия 5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желтоқсан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Всемирный день добровольцев 16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желтоқсан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День Независимости Республики Казахстан</w:t>
            </w:r>
          </w:p>
        </w:tc>
      </w:tr>
      <w:tr w:rsidR="00CB236B" w:rsidRPr="00600FF2" w14:paraId="4671608D" w14:textId="77777777" w:rsidTr="00F07CE0">
        <w:tc>
          <w:tcPr>
            <w:tcW w:w="22032" w:type="dxa"/>
            <w:gridSpan w:val="8"/>
          </w:tcPr>
          <w:p w14:paraId="77D1CB4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 1-й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Бірлігі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күшті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ел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озады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 «Сила народа в единстве» 30.11.26 г.–06.12.26 г.</w:t>
            </w:r>
          </w:p>
        </w:tc>
      </w:tr>
      <w:tr w:rsidR="00CB236B" w:rsidRPr="00B92A38" w14:paraId="2ECEE1C7" w14:textId="77777777" w:rsidTr="00F07CE0">
        <w:tc>
          <w:tcPr>
            <w:tcW w:w="432" w:type="dxa"/>
          </w:tcPr>
          <w:p w14:paraId="0691ECC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760" w:type="dxa"/>
          </w:tcPr>
          <w:p w14:paraId="273427F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«Заботимся о природе»</w:t>
            </w:r>
          </w:p>
        </w:tc>
        <w:tc>
          <w:tcPr>
            <w:tcW w:w="4320" w:type="dxa"/>
          </w:tcPr>
          <w:p w14:paraId="16EDFAA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классного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часа: «Заботимся о природе»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«Беречь природу — конституционная обязанность гражданина»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«Мои добрые дела для природы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«Кто заботится о чистоте и природе»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 дверь постучали. Как распознать опасность?»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«Беречь природу — конституционная обязанность гражданина»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«Чистая природа начинается с наших привычек»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 людей, которые сохраняют природу»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«Что делать, если обидели друга?»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«Беречь природу — конституционная обязанность гражданина»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«Сохраняем природные богатства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Человек труда — «Профессии на защите природы»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 чём нельзя молчать и что нельзя скрывать от родителей?»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новой Конституции — «Беречь природу — конституционная обязанность гражданина»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«Ответственное отношение к природе — вклад в будущее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«Экологические профессии: труд во благо природы»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«Пароль — ваш семейный секрет»</w:t>
            </w:r>
          </w:p>
        </w:tc>
        <w:tc>
          <w:tcPr>
            <w:tcW w:w="4320" w:type="dxa"/>
          </w:tcPr>
          <w:p w14:paraId="42B4F2C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классного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часа: «Сохраним природу — сохраним будущее»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«Чистая природа — богатство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«Сохранение природы и бережное отношение к природным богатствам»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«Эколог — профессия на защите природы»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«Безопасное возвращение домой: что делать в неблагоприятную погоду?»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«Сохраняем природные богатства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«Сохранение природы и бережное отношение к природным богатствам»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«Лесничий и эколог: кто заботится о природных территориях»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«Ваши личные данные и как их защитить»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«Экологическая культура — путь к чистому Казахстану»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«Сохранение природы и бережное отношение к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природным богатствам»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в сфере охраны природы и природных ресурсов»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«Челлендж “Цифровая диета”: как повлияет кратковременный отказ от гаджетов?»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«Сохраняем природу для будущих поколений»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«Сохранение природы и бережное отношение к природным богатствам»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«Экологические профессии будущего: специалисты по защите окружающей среды»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«Возрастные ограничения в интернете и зачем они нужны»</w:t>
            </w:r>
          </w:p>
        </w:tc>
        <w:tc>
          <w:tcPr>
            <w:tcW w:w="1728" w:type="dxa"/>
          </w:tcPr>
          <w:p w14:paraId="32D221D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классного часа: «Сохраним природу — сохраним будущее»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«Экологическая культура начинается с личного выбора: сохранять чистоту и бережно использовать природные ресурсы»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«Экологические профессии: как превратить заботу о природе в профессиональный путь»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«Сохранение природы и бережное отношение к природным богатствам — обязанность гражданина»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доверие к родителям влияет на принятие важных жизненных решений»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«Ответственное отношение к окружающей среде: от повседневных привычек к сохранению природных ресурсов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(профориентация) — «Профессии экологической сферы: знания и компетенции для защиты окружающей среды»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«Охрана окружающей среды, благоприятной для жизни и здоровья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отправки личных фотографий незнакомым людям»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«Экологическая ответственность перед будущими поколениями: сохранение природного богатства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«Экология как профессиональное направление: образование, специализация и востребованные компетенции»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«Природные ресурсы принадлежат народу: ответственность за их сохранение и рациональное использование»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— «Как обеспечить безопасные условия труда?»</w:t>
            </w:r>
          </w:p>
        </w:tc>
        <w:tc>
          <w:tcPr>
            <w:tcW w:w="2592" w:type="dxa"/>
          </w:tcPr>
          <w:p w14:paraId="426930B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Классный час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Акция по поддержанию чистоты в школе/классе</w:t>
            </w:r>
          </w:p>
        </w:tc>
        <w:tc>
          <w:tcPr>
            <w:tcW w:w="1440" w:type="dxa"/>
          </w:tcPr>
          <w:p w14:paraId="587F914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</w:t>
            </w:r>
            <w:proofErr w:type="spellEnd"/>
          </w:p>
        </w:tc>
        <w:tc>
          <w:tcPr>
            <w:tcW w:w="1440" w:type="dxa"/>
          </w:tcPr>
          <w:p w14:paraId="30F47F92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263C61DA" w14:textId="77777777" w:rsidTr="00F07CE0">
        <w:tc>
          <w:tcPr>
            <w:tcW w:w="22032" w:type="dxa"/>
            <w:gridSpan w:val="8"/>
          </w:tcPr>
          <w:p w14:paraId="51B84BA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2-й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Ынтымақ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жүрген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жерде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ырыс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бірге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жүреді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 «Там, где есть солидарность, там есть и изобилие» 07.12.26 г.–13.12.26 г.</w:t>
            </w:r>
          </w:p>
        </w:tc>
      </w:tr>
      <w:tr w:rsidR="00CB236B" w:rsidRPr="00B92A38" w14:paraId="7482CC85" w14:textId="77777777" w:rsidTr="00F07CE0">
        <w:tc>
          <w:tcPr>
            <w:tcW w:w="432" w:type="dxa"/>
          </w:tcPr>
          <w:p w14:paraId="7582A38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760" w:type="dxa"/>
          </w:tcPr>
          <w:p w14:paraId="2FC8B99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«Единство и согласие: «Сила народа в сплочённости и взаимном уважении»</w:t>
            </w:r>
          </w:p>
        </w:tc>
        <w:tc>
          <w:tcPr>
            <w:tcW w:w="4320" w:type="dxa"/>
          </w:tcPr>
          <w:p w14:paraId="4284318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«Единство и согласие: «Сила народа в сплочённости и взаимном уважении»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Системная интеграция ценностей: «Учимся дружбе, взаимопомощи и уважению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«Наш город, наш район (улицы нашего района)»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«Первый поход в магазин в одиночку»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«Движение пешеходов и машин. Просмотр видеофильма, обсуждение»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знакомств через сеть»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«Опасные ситуации при переходе дороги»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уберечься от опасности со стороны виртуальных друзей?»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«Мой путь в школу. Новые маршруты»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ссылки в интернете и мессенджерах»</w:t>
            </w:r>
          </w:p>
        </w:tc>
        <w:tc>
          <w:tcPr>
            <w:tcW w:w="4320" w:type="dxa"/>
          </w:tcPr>
          <w:p w14:paraId="646C6B1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«Единство и согласие: сила народа в сплочённости и взаимном уважении»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3. Укрепление общенационального единства»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«Сигналы регулировщика»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«Социальные сети: основные правила безопасности»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3. Укрепление общенационального единства и развитие общественного диалога»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«Поведение учащихся при дорожно-транспортном происшествии»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«Вредоносные программы. Как распознать опасность?»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3. Общенациональное единство как основополагающий принцип Республики Казахстан»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«Интервал и дистанция. Скорость движения»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«Почему важно доверять родителям в определённых ситуациях?»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3. Укрепление общенационального единства и общественного диалога»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«Обязанности пешеходов и велосипедистов и их ответственность за нарушение ПДД»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передачи личной информации о себе»</w:t>
            </w:r>
          </w:p>
        </w:tc>
        <w:tc>
          <w:tcPr>
            <w:tcW w:w="1728" w:type="dxa"/>
          </w:tcPr>
          <w:p w14:paraId="2E5659C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«Взаимопонимание и сотрудничество — основа сильного общества»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«Общественное согласие и сотрудничество граждан как условие стабильного развития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«Окружение и развитие жизнестойкости»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«Если вы столкнулись с травлей в сети»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«Согласие в обществе и способность находить общие решения при различии взглядов»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«Типы лидеров и их качества»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«Правила безопасного поведения в транспорте: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автомобиль, автобус, поезд, самолёт»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«Общественное согласие, сотрудничество и гражданская ответственность как основы устойчивого развития государства»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«Ответственность — мой выбор»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«Ответственность за бездействие и соучастие»</w:t>
            </w:r>
          </w:p>
        </w:tc>
        <w:tc>
          <w:tcPr>
            <w:tcW w:w="2592" w:type="dxa"/>
          </w:tcPr>
          <w:p w14:paraId="41BE249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368FA3A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3F853659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1785CFD4" w14:textId="77777777" w:rsidTr="00F07CE0">
        <w:tc>
          <w:tcPr>
            <w:tcW w:w="22032" w:type="dxa"/>
            <w:gridSpan w:val="8"/>
          </w:tcPr>
          <w:p w14:paraId="58ED028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3-й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Бірлік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болмай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тірлік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болмас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«Без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единства,нет</w:t>
            </w:r>
            <w:proofErr w:type="spellEnd"/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жизни».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14.12.26 г.–20.12.26 г.</w:t>
            </w:r>
          </w:p>
        </w:tc>
      </w:tr>
      <w:tr w:rsidR="00CB236B" w:rsidRPr="00B92A38" w14:paraId="3B3C90F9" w14:textId="77777777" w:rsidTr="00F07CE0">
        <w:tc>
          <w:tcPr>
            <w:tcW w:w="432" w:type="dxa"/>
          </w:tcPr>
          <w:p w14:paraId="0382BE0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760" w:type="dxa"/>
          </w:tcPr>
          <w:p w14:paraId="49BFD28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«Моя гордость — Независимый Казахстан!»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Независимости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Республики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Казахстан</w:t>
            </w:r>
            <w:proofErr w:type="spellEnd"/>
          </w:p>
        </w:tc>
        <w:tc>
          <w:tcPr>
            <w:tcW w:w="4320" w:type="dxa"/>
          </w:tcPr>
          <w:p w14:paraId="5EFB63C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«Моя гордость — Независимый Казахстан!» День Независимости Республики Казахстан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Конституция — «Независимый Казахстан — моя Родина, а Конституция — её главный закон»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«Дружба начинается с добрых слов»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Конституция — «Конституция защищает права граждан независимого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«Мы разные — мы вместе»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Конституция — «Независимость и Конституция — основы государственности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«Уважение объединяет нас»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служб экстренной помощи»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Конституция — «Конституция — правовая основа независимого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«Класс без травли: поддерживаем друг друга»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служб экстренной помощи»</w:t>
            </w:r>
          </w:p>
        </w:tc>
        <w:tc>
          <w:tcPr>
            <w:tcW w:w="4320" w:type="dxa"/>
          </w:tcPr>
          <w:p w14:paraId="6D30672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«Моя гордость — Независимый Казахстан!» День Независимости Республики Казахстан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2. Суверенитет и Независимость Республики Казахстан неизменны»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«Простые шаги в ситуации конфликта»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«Статья 2. Суверенитет, Независимость и территориальная целостность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Республики Казахстан»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«Признаки кибербуллинга: как распознать на раннем этапе и помочь себе защититься»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3. Защита Суверенитета и Независимости — основополагающий принцип Республики Казахстан»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«Как правильно говорить нет?»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«Виды кибербуллинга. В чём безопасность каждого и каким должен быть алгоритм ваших действий»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4. Народ Казахстана — носитель Суверенитета и единственный источник государственной власти»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«Способность понимать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«Какие у меня есть права?»</w:t>
            </w:r>
          </w:p>
        </w:tc>
        <w:tc>
          <w:tcPr>
            <w:tcW w:w="1728" w:type="dxa"/>
          </w:tcPr>
          <w:p w14:paraId="74F1CEB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«Моя гордость — Независимый Казахстан!» День Независимости Республики Казахстан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«Независимость и суверенитет Казахстана: ответственность граждан за сохранение ценностей государства»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«Ответственность за фейки в сети»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контексте новой Конституции — «Независимость Республики Казахстан и конституционные основы суверенного государства»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«Может ли искусственный интеллект превзойти человека и стоит ли этого бояться?»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«Суверенитет, государственность и гражданская ответственность за будущее независимого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«Умение действовать в чрезвычайных ситуациях»</w:t>
            </w:r>
          </w:p>
        </w:tc>
        <w:tc>
          <w:tcPr>
            <w:tcW w:w="2592" w:type="dxa"/>
          </w:tcPr>
          <w:p w14:paraId="7B93CEB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706D4D8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2C43AC7A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165F3350" w14:textId="77777777" w:rsidTr="00F07CE0">
        <w:tc>
          <w:tcPr>
            <w:tcW w:w="22032" w:type="dxa"/>
            <w:gridSpan w:val="8"/>
          </w:tcPr>
          <w:p w14:paraId="1D92735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 4-й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Ынтымақ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бұзылмайтын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қорған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«Единство — несокрушимая крепость».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21.12.26 г.–27.12.26 г.</w:t>
            </w:r>
          </w:p>
        </w:tc>
      </w:tr>
      <w:tr w:rsidR="00CB236B" w:rsidRPr="00B92A38" w14:paraId="298CAC7B" w14:textId="77777777" w:rsidTr="00F07CE0">
        <w:tc>
          <w:tcPr>
            <w:tcW w:w="432" w:type="dxa"/>
          </w:tcPr>
          <w:p w14:paraId="5D4036B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760" w:type="dxa"/>
          </w:tcPr>
          <w:p w14:paraId="037FDC3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«Новый год начинается с добрых и безопасных дел»</w:t>
            </w:r>
          </w:p>
        </w:tc>
        <w:tc>
          <w:tcPr>
            <w:tcW w:w="4320" w:type="dxa"/>
          </w:tcPr>
          <w:p w14:paraId="5B307D6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«Новый год начинается с добрых и безопасных дел»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«Чистый праздник: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убираем за собой и бережём природу»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«Первый поход в магазин в одиночку»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«Праздник без лишнего мусора»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знакомств через сеть»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«Экологичный Новый год: праздник с заботой о природе»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уберечься от опасности со стороны виртуальных друзей?»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«Ответственный Новый год: меньше отходов — больше заботы о природе»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ссылки в интернете и мессенджерах»</w:t>
            </w:r>
          </w:p>
        </w:tc>
        <w:tc>
          <w:tcPr>
            <w:tcW w:w="4320" w:type="dxa"/>
          </w:tcPr>
          <w:p w14:paraId="6E48AF1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«Новый год начинается с добрых и безопасных дел»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«Безопасный Новый год: правила поведения дома и на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праздничных мероприятиях»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«Новогодние праздники без происшествий: правила безопасного поведения»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«Безопасность во время новогодних каникул: предупреждаем опасные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«Новогодние каникулы: личная безопасность и ответственное поведение в общественных местах»</w:t>
            </w:r>
          </w:p>
        </w:tc>
        <w:tc>
          <w:tcPr>
            <w:tcW w:w="1728" w:type="dxa"/>
          </w:tcPr>
          <w:p w14:paraId="7570EB4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«Новый год начинается с добрых и безопасных дел»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— «Праздничные мероприятия: личная ответственность за себя и окружающих»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«Безопасность в праздничной компании: самоконтроль и ответственность за свои действия»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«Праздничные мероприятия и ответственное поведение: безопасность себя и окружающих»</w:t>
            </w:r>
          </w:p>
        </w:tc>
        <w:tc>
          <w:tcPr>
            <w:tcW w:w="2592" w:type="dxa"/>
          </w:tcPr>
          <w:p w14:paraId="07FFD7C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7D06531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76AEC371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649DC864" w14:textId="77777777" w:rsidTr="00F07CE0">
        <w:tc>
          <w:tcPr>
            <w:tcW w:w="22032" w:type="dxa"/>
            <w:gridSpan w:val="8"/>
          </w:tcPr>
          <w:p w14:paraId="14C1A9D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ІІ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четверть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Қаңтар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тәртіп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Январь — месяц закона и порядка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1 января – Новый год</w:t>
            </w:r>
          </w:p>
        </w:tc>
      </w:tr>
      <w:tr w:rsidR="00CB236B" w:rsidRPr="00B92A38" w14:paraId="4BD13A08" w14:textId="77777777" w:rsidTr="00F07CE0">
        <w:tc>
          <w:tcPr>
            <w:tcW w:w="22032" w:type="dxa"/>
            <w:gridSpan w:val="8"/>
          </w:tcPr>
          <w:p w14:paraId="141D870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 2-й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Талап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жерде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тәртіп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бар» «Где есть спрос, там есть и порядок».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11.01.27 г.–17.01.27 г.</w:t>
            </w:r>
          </w:p>
        </w:tc>
      </w:tr>
      <w:tr w:rsidR="00CB236B" w:rsidRPr="00B92A38" w14:paraId="53B1E232" w14:textId="77777777" w:rsidTr="00F07CE0">
        <w:tc>
          <w:tcPr>
            <w:tcW w:w="432" w:type="dxa"/>
          </w:tcPr>
          <w:p w14:paraId="34AC2AB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5760" w:type="dxa"/>
          </w:tcPr>
          <w:p w14:paraId="4BF0425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 «Честный ребёнок сегодня — честный гражданин завтра»</w:t>
            </w:r>
          </w:p>
        </w:tc>
        <w:tc>
          <w:tcPr>
            <w:tcW w:w="4320" w:type="dxa"/>
          </w:tcPr>
          <w:p w14:paraId="5B2EE25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 «Честный ребёнок сегодня — честный гражданин завтра»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ценностей Конституции — «Быть честным — значит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поступать по правилам»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«Честность в учёбе и труде»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«Комбинации продуктов, которые нельзя совмещать»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Конституции — «Честность и соблюдение правил — качества ответственного гражданина»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«Почему честность важна в любом деле»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выбора продуктов в супермаркете»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Конституции — «Честный гражданин уважает закон и права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«Честный труд и ответственность за результат»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«Пять шагов при обнаружении подозрительных предметов»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ценностей Конституции — «Честность, закон и ответственность гражданина»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«Честность как качество будущего профессионала»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экспериментов с едой»</w:t>
            </w:r>
          </w:p>
        </w:tc>
        <w:tc>
          <w:tcPr>
            <w:tcW w:w="4320" w:type="dxa"/>
          </w:tcPr>
          <w:p w14:paraId="30AE2DC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«Мы против коррупции!»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16. Все равны перед законом: почему нельзя получать преимущества нечестным путём»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Личная безопасность — «Умей защитить свои права»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16. Равенство перед законом: честные правила должны быть одинаковыми для всех»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«Умей защитить свои права»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16. Коррупция и равенство перед законом: личная выгода не может быть выше закона»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«Умей защитить свои права»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16. Коррупция как нарушение принципов законности, справедливости и равенства перед законом»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«Умей защитить свои права»</w:t>
            </w:r>
          </w:p>
        </w:tc>
        <w:tc>
          <w:tcPr>
            <w:tcW w:w="1728" w:type="dxa"/>
          </w:tcPr>
          <w:p w14:paraId="251EDCA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«Мы против коррупции!»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«Статья 16. Равенство перед законом: коррупция создаёт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незаконные преимущества и нарушает принцип справедливости»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на страже закона: какие специалисты защищают права граждан и обеспечивают правопорядок»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преодолеть искушение и сделать правильный выбор в сомнительных ситуациях»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«Статья 16. Равенство перед законом: личная выгода и положение человека не могут ставить его выше закона»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«Право как профессиональная сфера: какие знания и качества необходимы специалистам, работающим на страже закона»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«Опасности онлайн-игр и интернет-зависимость»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«Статья 16. Противодействие коррупции как условие законности, справедливости и равенства граждан перед законом»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в сфере права и правопорядка: профессиональная ответственность, образование и выбор будущей специальности»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отличить истинную дружбу от ложной»</w:t>
            </w:r>
          </w:p>
        </w:tc>
        <w:tc>
          <w:tcPr>
            <w:tcW w:w="2592" w:type="dxa"/>
          </w:tcPr>
          <w:p w14:paraId="2C0480D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честности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</w:tcPr>
          <w:p w14:paraId="43D0519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29D7B7C6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22EAD529" w14:textId="77777777" w:rsidTr="00F07CE0">
        <w:tc>
          <w:tcPr>
            <w:tcW w:w="22032" w:type="dxa"/>
            <w:gridSpan w:val="8"/>
          </w:tcPr>
          <w:p w14:paraId="6A3F8C0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3-й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Тәртіп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тәрбие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бастауы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«Порядок — начало воспитания, а беспорядок — злейший враг твоей жизни.»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18.01.27 г.–24.01.27 г.</w:t>
            </w:r>
          </w:p>
        </w:tc>
      </w:tr>
      <w:tr w:rsidR="00CB236B" w:rsidRPr="00B92A38" w14:paraId="33249515" w14:textId="77777777" w:rsidTr="00F07CE0">
        <w:tc>
          <w:tcPr>
            <w:tcW w:w="432" w:type="dxa"/>
          </w:tcPr>
          <w:p w14:paraId="260054B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760" w:type="dxa"/>
          </w:tcPr>
          <w:p w14:paraId="75BEF3F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«Закон и порядок»</w:t>
            </w:r>
          </w:p>
        </w:tc>
        <w:tc>
          <w:tcPr>
            <w:tcW w:w="4320" w:type="dxa"/>
          </w:tcPr>
          <w:p w14:paraId="39A2B58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«Закон и порядок»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«Правила и уважение помогают сохранять порядок»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«Защитите себя от травли! Учимся общаться с другими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«Секретное слово с родителями»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«Уважение к правилам и другим людям — основа порядка»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«Защитите себя от травли! Учимся общаться с другими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«Что делать, если встретил диких животных»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«Дисциплина, уважение и соблюдение установленных правил»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«Защитите себя от травли! Учимся общаться с другими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«Программа родительского контроля: возможности для детей»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«Соблюдение правил и уважение достоинства другого человека — основа правопорядка»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«Защитите себя от травли! Учимся общаться с другими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подготовиться к отдыху на природе?»</w:t>
            </w:r>
          </w:p>
        </w:tc>
        <w:tc>
          <w:tcPr>
            <w:tcW w:w="4320" w:type="dxa"/>
          </w:tcPr>
          <w:p w14:paraId="321BEC9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«Закон и порядок»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«Закон и порядок: почему соблюдение правил важно для каждого»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безопасной открытой игровой площадки»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«Закон и порядок как основа безопасной и справедливой жизни общества»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«Безопасность на льду»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«Соблюдение закона, уважение прав других людей и личная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«Как правильно говорить нет?»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обеспечить безопасную езду на велосипеде для себя и окружающих»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«Верховенство закона и порядка как принцип правового государства»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«Способность понимать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открыто обсуждать вопросы безопасности с родителями и доверенными взрослыми»</w:t>
            </w:r>
          </w:p>
        </w:tc>
        <w:tc>
          <w:tcPr>
            <w:tcW w:w="1728" w:type="dxa"/>
          </w:tcPr>
          <w:p w14:paraId="74512FA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«Закон и порядок»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«Соблюдение закона и уважение прав других людей как основа правопорядка»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скорой помощи и телефоны доверия»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«Законность и правовая культура: почему установленные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нормы обязательны для каждого»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«Телефонные 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«Правопорядок как основа правового государства: права, обязанности и соблюдение закона»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</w:p>
        </w:tc>
        <w:tc>
          <w:tcPr>
            <w:tcW w:w="2592" w:type="dxa"/>
          </w:tcPr>
          <w:p w14:paraId="699F0E9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15FF6B6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02C74EBF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238E2F43" w14:textId="77777777" w:rsidTr="00F07CE0">
        <w:tc>
          <w:tcPr>
            <w:tcW w:w="22032" w:type="dxa"/>
            <w:gridSpan w:val="8"/>
          </w:tcPr>
          <w:p w14:paraId="1D781A1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Цитаты 4-й недели: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Әділет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жолы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адал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жол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«Путь справедливости — это честный путь».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25.01.27 г.–31.01.27 г.</w:t>
            </w:r>
          </w:p>
        </w:tc>
      </w:tr>
      <w:tr w:rsidR="00CB236B" w:rsidRPr="00B92A38" w14:paraId="05870C5C" w14:textId="77777777" w:rsidTr="00F07CE0">
        <w:tc>
          <w:tcPr>
            <w:tcW w:w="432" w:type="dxa"/>
          </w:tcPr>
          <w:p w14:paraId="20B7F2A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5760" w:type="dxa"/>
          </w:tcPr>
          <w:p w14:paraId="4BE5F92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«Я знаю свои права»</w:t>
            </w:r>
          </w:p>
        </w:tc>
        <w:tc>
          <w:tcPr>
            <w:tcW w:w="4320" w:type="dxa"/>
          </w:tcPr>
          <w:p w14:paraId="5093C48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«Я знаю свои права»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«Конституция защищает права каждого ребёнка»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«Возможности искусственного интеллекта. Звонки с голосами родителей»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«Конституция защищает права ребёнка и учит уважать права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«Игры дома: соблюдение мер безопасности»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«Конституция — основа защиты прав граждан»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игры в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«Конституция гарантирует права человека, а соблюдение закона помогает их защищать»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«Домашние игры: соблюдаем меры безопасности»</w:t>
            </w:r>
          </w:p>
        </w:tc>
        <w:tc>
          <w:tcPr>
            <w:tcW w:w="4320" w:type="dxa"/>
          </w:tcPr>
          <w:p w14:paraId="4FE8335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«Путь справедливости — это честный путь»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«Справедливый поступок: уважать свои права и не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нарушать права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«Разбор дорожно-транспортного происшествия»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«Привычки, сохраняющие здоровье»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«Права и обязанности: почему справедливость требует уважения к другим»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«Встреча с инспектором дорожного движения. Беседа»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«Международные знаки помощи»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«Свобода выбора и границы дозволенного: права одного человека не должны нарушать права другого»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«Ознакомление с сигналами регулировщика. Ролевая игра»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«Дружба в трудные периоды: как безопасно помочь другу в конфликте?»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«Справедливое общество: права, обязанности и последствия принятых решений»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«Остановочный и тормозной путь автомобиля»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 сомнительных ситуациях: путь к здоровому и безопасному образу жизни»</w:t>
            </w:r>
          </w:p>
        </w:tc>
        <w:tc>
          <w:tcPr>
            <w:tcW w:w="1728" w:type="dxa"/>
          </w:tcPr>
          <w:p w14:paraId="1A06231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«Путь справедливости — это честный путь»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«Справедливость в поступках: честный выбор и ответственность за его последствия»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«Окружение и развитие жизнестойкости»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«Подросток и трудовые отношения»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«Справедливость и закон: личные интересы не должны нарушать права других людей»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«Типы лидеров и их качества»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«Справедливость как принцип гражданской зрелости: честность, законность и ответственность за решения»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«Ответственность — мой выбор»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2592" w:type="dxa"/>
          </w:tcPr>
          <w:p w14:paraId="787DE43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10A8827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2BA21EDF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604BCA89" w14:textId="77777777" w:rsidTr="00F07CE0">
        <w:tc>
          <w:tcPr>
            <w:tcW w:w="22032" w:type="dxa"/>
            <w:gridSpan w:val="8"/>
          </w:tcPr>
          <w:p w14:paraId="28F1D38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Ақпан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жасампаздық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жаңашылдық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Февраль — месяц созидания и новаторства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14 февраля – Международный день дарения книг Второй вторник февраля — Всемирный день безопасности День безопасного интернета</w:t>
            </w:r>
          </w:p>
        </w:tc>
      </w:tr>
      <w:tr w:rsidR="00CB236B" w:rsidRPr="00600FF2" w14:paraId="3475997F" w14:textId="77777777" w:rsidTr="00F07CE0">
        <w:tc>
          <w:tcPr>
            <w:tcW w:w="22032" w:type="dxa"/>
            <w:gridSpan w:val="8"/>
          </w:tcPr>
          <w:p w14:paraId="56A5DF5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 1-й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Жасампаздық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бәрімізге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өнеге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«Созидание — пример для всех нас». 01.02.27 г.–07.02.27 г.</w:t>
            </w:r>
          </w:p>
        </w:tc>
      </w:tr>
      <w:tr w:rsidR="00CB236B" w:rsidRPr="00B92A38" w14:paraId="10243E19" w14:textId="77777777" w:rsidTr="00F07CE0">
        <w:tc>
          <w:tcPr>
            <w:tcW w:w="432" w:type="dxa"/>
          </w:tcPr>
          <w:p w14:paraId="1E8E59E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760" w:type="dxa"/>
          </w:tcPr>
          <w:p w14:paraId="561BD8A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«Созидание и новаторство»</w:t>
            </w:r>
          </w:p>
        </w:tc>
        <w:tc>
          <w:tcPr>
            <w:tcW w:w="4320" w:type="dxa"/>
          </w:tcPr>
          <w:p w14:paraId="05540B9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«Созидание и новаторство»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Созидание и новаторство в контексте Конституции — «Учимся, узнаём новое и создаём полезное для своей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безопасный интернет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Созидание и новаторство в контексте Конституции — «Знания и новые идеи помогают развивать Казахстан»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безопасный интернет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Созидание и новаторство в контексте Конституции — «Образование, знания и созидание — основа развития страны»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безопасный интернет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Созидание и новаторство в контексте Конституции — «Знания, образование и новые идеи — вклад в развитие современного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безопасный интернет</w:t>
            </w:r>
          </w:p>
        </w:tc>
        <w:tc>
          <w:tcPr>
            <w:tcW w:w="4320" w:type="dxa"/>
          </w:tcPr>
          <w:p w14:paraId="044D4FD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:«Созидание и новаторство»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«Изобретатель и инженер: профессии тех, кто создаёт новое»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уверенно и безопасно отказать незнакомому человеку?»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«Программист и инженер-конструктор: от идеи до нового продукта»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«Искусственный интеллект: стоит ли доверять ему безоговорочно?»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новаторов: инженер, разработчик, архитектор»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«Как правильно говорить нет?»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«Мои основные права и обязанности»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(профориентация) — «Профессии будущего: 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IT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-разработчик, инженер-робототехник, специалист по искусственному интеллекту»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«Способность понимать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селфи»</w:t>
            </w:r>
          </w:p>
        </w:tc>
        <w:tc>
          <w:tcPr>
            <w:tcW w:w="1728" w:type="dxa"/>
          </w:tcPr>
          <w:p w14:paraId="24FB9BA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«Созидание и новаторство»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созидания и новаторства: какие профессиональные направления позволяют создавать новое и улучшать жизнь людей»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«Подросток и трудовые отношения»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«Современные профессии и новые технологии: какие знания, способности и компетенции востребованы в меняющемся мире труда»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Человек труда (профориентация) — «От идеи к профессии: как выбрать профессиональное направление, в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котором можно создавать, развивать и внедрять новое»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2592" w:type="dxa"/>
          </w:tcPr>
          <w:p w14:paraId="638E4AC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64D68AB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1594FFC1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109E7EFF" w14:textId="77777777" w:rsidTr="00F07CE0">
        <w:tc>
          <w:tcPr>
            <w:tcW w:w="22032" w:type="dxa"/>
            <w:gridSpan w:val="8"/>
          </w:tcPr>
          <w:p w14:paraId="596EF44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Цитата 2-й недели: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 «Инновации — требование времени»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08.02.27 г.–14.02.27 г.</w:t>
            </w:r>
          </w:p>
        </w:tc>
      </w:tr>
      <w:tr w:rsidR="00CB236B" w:rsidRPr="00B92A38" w14:paraId="74902923" w14:textId="77777777" w:rsidTr="00F07CE0">
        <w:tc>
          <w:tcPr>
            <w:tcW w:w="432" w:type="dxa"/>
          </w:tcPr>
          <w:p w14:paraId="2B7AB46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5760" w:type="dxa"/>
          </w:tcPr>
          <w:p w14:paraId="1D66F2D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«Творчество и гаджеты: польза и здоровье»</w:t>
            </w:r>
          </w:p>
        </w:tc>
        <w:tc>
          <w:tcPr>
            <w:tcW w:w="4320" w:type="dxa"/>
          </w:tcPr>
          <w:p w14:paraId="117ED06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«Творчество и гаджеты: польза и здоровье»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класс-каникулярное время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«Гаджеты и экология: ответственное использование техники»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«Люди, которые создают роботов и искусственный интеллект»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«Гаджеты и экология: ответственное использование техники»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«Профессии в мире искусственного интеллекта»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«Номера экстренных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«Гаджеты и экология: ответственное использование техники»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«Искусственный интеллект и профессии будущего»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</w:p>
        </w:tc>
        <w:tc>
          <w:tcPr>
            <w:tcW w:w="4320" w:type="dxa"/>
          </w:tcPr>
          <w:p w14:paraId="490E2FB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«Инновации — требование времени»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«Современные профессии: какие новые возможности открывает время»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«Безопасное возвращение домой: что делать в неблагоприятную погоду?»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«Мир современных профессий: знания, навыки и технологии»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«Ваши личные данные и как их защитить»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«Как технологии меняют мир профессий»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«Челлендж “Цифровая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диета”: как повлияет кратковременный отказ от гаджетов?»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будущего: какие специалисты будут востребованы»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«Возрастные ограничения в интернете и зачем они нужны»</w:t>
            </w:r>
          </w:p>
        </w:tc>
        <w:tc>
          <w:tcPr>
            <w:tcW w:w="1728" w:type="dxa"/>
          </w:tcPr>
          <w:p w14:paraId="4049B56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«Инновации — требование времени»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«Как технологии меняют привычные профессии: какие новые навыки понадобятся будущему специалисту»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«Подросток и трудовые отношения»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«Трансформация профессий: почему современному специалисту необходимо постоянно осваивать новые технологии и компетенции»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«Защита личных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границ в интернете и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«Профессия в условиях технологических изменений: как выбрать образовательную траекторию и подготовиться к требованиям будущего рынка труда»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2592" w:type="dxa"/>
          </w:tcPr>
          <w:p w14:paraId="66C1318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1C9593E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31571367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2DC7DF28" w14:textId="77777777" w:rsidTr="00F07CE0">
        <w:tc>
          <w:tcPr>
            <w:tcW w:w="22032" w:type="dxa"/>
            <w:gridSpan w:val="8"/>
          </w:tcPr>
          <w:p w14:paraId="598711E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 3-й недели: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 «Новшества начинаются с созидательной мысли»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15.02.27 г.–21.02.27 г.</w:t>
            </w:r>
          </w:p>
        </w:tc>
      </w:tr>
      <w:tr w:rsidR="00CB236B" w:rsidRPr="00B92A38" w14:paraId="1069723A" w14:textId="77777777" w:rsidTr="00F07CE0">
        <w:tc>
          <w:tcPr>
            <w:tcW w:w="432" w:type="dxa"/>
          </w:tcPr>
          <w:p w14:paraId="67C8D97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5760" w:type="dxa"/>
          </w:tcPr>
          <w:p w14:paraId="1F4CC06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тема: «Талант есть в каждом»</w:t>
            </w:r>
          </w:p>
        </w:tc>
        <w:tc>
          <w:tcPr>
            <w:tcW w:w="4320" w:type="dxa"/>
          </w:tcPr>
          <w:p w14:paraId="5E7E963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тема: «Талант есть в каждом»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«Что у меня получается лучше всего?»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«У каждого свои способности — уважаем друг друга»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«Мои способности и любимые занятия»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«Не высмеивай — поддержи»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«Как способности помогают выбрать дело по душе»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«Разные способности — равное уважение»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«От способностей и интересов — к будущей профессии»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«Талант без насмешек: поддерживаем способности друг друга»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«Сценарии звонков в экстренные службы при возникновении чрезвычайной ситуации»</w:t>
            </w:r>
          </w:p>
        </w:tc>
        <w:tc>
          <w:tcPr>
            <w:tcW w:w="4320" w:type="dxa"/>
          </w:tcPr>
          <w:p w14:paraId="3954E76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«Особенности труда водителя и его основные обязанности. Современный транспорт — зона повышенной опасности. Общественный транспорт»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«Безопасное возвращение домой: что делать в неблагоприятную погоду?»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«Безопасность дорожного движения»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«Ваши личные данные и как их защитить»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«Работоспособность водителей и их надёжность»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«Челлендж “Цифровая диета”: как повлияет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кратковременный отказ от гаджетов?»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«Проезд перекрёстков, пешеходных переходов, остановок общественного транспорта»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«Возрастные ограничения в интернете и зачем они нужны»</w:t>
            </w:r>
          </w:p>
        </w:tc>
        <w:tc>
          <w:tcPr>
            <w:tcW w:w="1728" w:type="dxa"/>
          </w:tcPr>
          <w:p w14:paraId="093D980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«Думай. Создавай. Воплощай: новые идеи в эпоху искусственного интеллекта»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 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«Искусственный интеллект как инструмент будущего специалиста: в каких профессиональных сферах он помогает воплощать новые идеи»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«Подросток и трудовые отношения»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Человек труда (профориентация) — «Человек и искусственный интеллект: какие профессиональные навыки становятся особенно важными в эпоху новых технологий»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«От собственной идеи к профессиональному проекту: как использовать искусственный интеллект для создания и реализации новых решений»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2592" w:type="dxa"/>
          </w:tcPr>
          <w:p w14:paraId="1AFE474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2801E0A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6B149A1E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6BAA8063" w14:textId="77777777" w:rsidTr="00F07CE0">
        <w:tc>
          <w:tcPr>
            <w:tcW w:w="22032" w:type="dxa"/>
            <w:gridSpan w:val="8"/>
          </w:tcPr>
          <w:p w14:paraId="384FE25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 4-й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Жаңашылдық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заман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талабы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 «Инновации — это потребность времени»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22.02.27 г.–28.02.27 г.</w:t>
            </w:r>
          </w:p>
        </w:tc>
      </w:tr>
      <w:tr w:rsidR="00CB236B" w:rsidRPr="00B92A38" w14:paraId="25915CCE" w14:textId="77777777" w:rsidTr="00F07CE0">
        <w:tc>
          <w:tcPr>
            <w:tcW w:w="432" w:type="dxa"/>
          </w:tcPr>
          <w:p w14:paraId="070C47E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5760" w:type="dxa"/>
          </w:tcPr>
          <w:p w14:paraId="7D3059F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«ИИ вокруг нас: инновации, которые меняют мир»</w:t>
            </w:r>
          </w:p>
        </w:tc>
        <w:tc>
          <w:tcPr>
            <w:tcW w:w="4320" w:type="dxa"/>
          </w:tcPr>
          <w:p w14:paraId="42F73C4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«ИИ вокруг нас: инновации, которые меняют мир»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«Человек создаёт умные технологии»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«Возможности искусственного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интеллекта. Звонки с голосами родителей»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«От человеческой идеи — к новой технологии»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«Возможности искусственного интеллекта. Звонки с голосами родителей»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«ИИ — помощник человека, а не замена его знаниям и труду»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«Возможности искусственного интеллекта. Звонки с голосами родителей»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«Человек и ИИ: знания, труд и ответственность за результат»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«Возможности искусственного интеллекта.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Звонки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голосами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родителей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0" w:type="dxa"/>
          </w:tcPr>
          <w:p w14:paraId="21D065C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 «Правопорядок и социальная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«Мои поступки и их последствия: почему важно соблюдать права других людей»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«Правила безопасности в школе»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«Личная ответственность: соблюдение установленных правил и уважение прав окружающих»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«Социальная ответственность: мои права, обязанности и ответственность перед обществом»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«Правопорядок и гражданская ответственность: как поступки человека влияют на общество»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1728" w:type="dxa"/>
          </w:tcPr>
          <w:p w14:paraId="52DE6CE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«Правопорядок и социальная ответственность»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«Ответственность за свои поступки: почему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соблюдение установленных правил защищает права и интересы других людей»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«Окружение и развитие жизнестойкости»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«Подросток и трудовые отношения»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«Социальная ответственность: как личные решения и поступки человека влияют на безопасность и порядок в обществе»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«Типы лидеров и их качества»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«Правопорядок и гражданская зрелость: ответственность за собственные действия и их последствия для других людей»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«Ответственность — мой выбор»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«Защита от насилия: методы 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правила обращения за помощью»</w:t>
            </w:r>
          </w:p>
        </w:tc>
        <w:tc>
          <w:tcPr>
            <w:tcW w:w="2592" w:type="dxa"/>
          </w:tcPr>
          <w:p w14:paraId="3A047DF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5961080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7A7CECB2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68CAF085" w14:textId="77777777" w:rsidTr="00F07CE0">
        <w:tc>
          <w:tcPr>
            <w:tcW w:w="22032" w:type="dxa"/>
            <w:gridSpan w:val="8"/>
          </w:tcPr>
          <w:p w14:paraId="54A2134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Наурыз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тәуелсіздік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отаншылдық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Март — месяц независимости и патриотизма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1 марта – День благодарности 8 марта– Международный женский день 21, 22, 23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наурыз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Март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мерекесі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30 марта– Всемирный день Земли</w:t>
            </w:r>
          </w:p>
        </w:tc>
      </w:tr>
      <w:tr w:rsidR="00CB236B" w:rsidRPr="00B92A38" w14:paraId="036D6BF1" w14:textId="77777777" w:rsidTr="00F07CE0">
        <w:tc>
          <w:tcPr>
            <w:tcW w:w="22032" w:type="dxa"/>
            <w:gridSpan w:val="8"/>
          </w:tcPr>
          <w:p w14:paraId="4C7A1B1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Цитата 1-й недели: «Патриотизм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ата-анаңды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құрметтей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білуің</w:t>
            </w:r>
            <w:proofErr w:type="spellEnd"/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...»(</w:t>
            </w:r>
            <w:proofErr w:type="spellStart"/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Б.Момышұлы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)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«Патриотизм – это умение уважать своих родителей...»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(Б.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Момышулы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) 01.03.27 г.–07.03.27 г.</w:t>
            </w:r>
          </w:p>
        </w:tc>
      </w:tr>
      <w:tr w:rsidR="00CB236B" w:rsidRPr="00B92A38" w14:paraId="4C70101B" w14:textId="77777777" w:rsidTr="00F07CE0">
        <w:tc>
          <w:tcPr>
            <w:tcW w:w="432" w:type="dxa"/>
          </w:tcPr>
          <w:p w14:paraId="17D2AD5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760" w:type="dxa"/>
          </w:tcPr>
          <w:p w14:paraId="085052E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«1 марта — День благодарности.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Благодарность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исходит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души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0" w:type="dxa"/>
          </w:tcPr>
          <w:p w14:paraId="0C88094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«1 марта — День благодарности. Благодарность исходит от души»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безопасного использования игрушек»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«Опасности на природе»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безопасно защитить себя?»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Личная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безопасность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—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Встреча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бездомной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собакой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улице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0" w:type="dxa"/>
          </w:tcPr>
          <w:p w14:paraId="59D9DC7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«1 марта — День благодарности. Благодарность исходит от души»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достоинства человека и доброжелательное отношение к окружающим»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«Простые шаги в ситуации конфликта»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прав и достоинства другого человека — основа согласия в обществе»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«Эффективные навыки общения»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«Признаки кибербуллинга: как распознать на раннем этапе и помочь себе защититься»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«Человеческое достоинство и взаимное уважение как основа общественного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согласия»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«Как правильно говорить нет?»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«Виды кибербуллинга. В чём безопасность каждого и каким должен быть алгоритм ваших действий»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«Уважение достоинства, прав и свобод человека как основа взаимного уважения в обществе»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«Способность понимать других»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«Какие у меня есть права?»</w:t>
            </w:r>
          </w:p>
        </w:tc>
        <w:tc>
          <w:tcPr>
            <w:tcW w:w="1728" w:type="dxa"/>
          </w:tcPr>
          <w:p w14:paraId="15EA8C2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«1 марта — День благодарности. Благодарность исходит от души»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доверие к родителям влияет на принятие важных жизненных решений»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отправки личных фотографий незнакомым людям»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обеспечить безопасные условия труда?»</w:t>
            </w:r>
          </w:p>
        </w:tc>
        <w:tc>
          <w:tcPr>
            <w:tcW w:w="2592" w:type="dxa"/>
          </w:tcPr>
          <w:p w14:paraId="620EA6D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6723E35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66D675BF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21139E7D" w14:textId="77777777" w:rsidTr="00F07CE0">
        <w:tc>
          <w:tcPr>
            <w:tcW w:w="22032" w:type="dxa"/>
            <w:gridSpan w:val="8"/>
          </w:tcPr>
          <w:p w14:paraId="0226AEF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2-й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Тәуелсіздік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тәтті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сөз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ғана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емес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ұлттық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жауапкершілік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«Независимость — это не просто сладкое слово, это национальная ответственность».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08.03.27 г.–14.03.27 г.</w:t>
            </w:r>
          </w:p>
        </w:tc>
      </w:tr>
      <w:tr w:rsidR="00CB236B" w:rsidRPr="00B92A38" w14:paraId="2CD90EAD" w14:textId="77777777" w:rsidTr="00F07CE0">
        <w:tc>
          <w:tcPr>
            <w:tcW w:w="432" w:type="dxa"/>
          </w:tcPr>
          <w:p w14:paraId="08B3E9F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5760" w:type="dxa"/>
          </w:tcPr>
          <w:p w14:paraId="7922ACC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«Мама — всё начинается с тебя!»</w:t>
            </w:r>
          </w:p>
        </w:tc>
        <w:tc>
          <w:tcPr>
            <w:tcW w:w="4320" w:type="dxa"/>
          </w:tcPr>
          <w:p w14:paraId="424BFDA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«Мама — всё начинается с тебя!»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«Мамин труд — забота, которую мы видим каждый день»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«Что делать, если незнакомый человек попросил помощи на улице?»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 мамы: забота, ответственность и любовь»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«Правило 5 секунд: как правильно построить диалог с незнакомым человеком?»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«Невидимый труд мамы: сколько дел остаётся незамеченными»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«Хитрости незнакомцев»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 мамы в семье: почему забота тоже имеет ценность»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«Можно ли помогать незнакомому человеку?»</w:t>
            </w:r>
          </w:p>
        </w:tc>
        <w:tc>
          <w:tcPr>
            <w:tcW w:w="4320" w:type="dxa"/>
          </w:tcPr>
          <w:p w14:paraId="784FC18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«Мама — опора, мудрость и сила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«Влияние погодных условий на безопасность дорожного движения»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«Социальные сети: основные правила безопасности»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«Права, обязанности и ответственность участников дорожного движения»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«Вредоносные программы. Как распознать опасность?»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«Медицинская аптечка в автомобиле»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«Почему важно доверять родителям в определённых ситуациях?»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«Оказание первой медицинской помощи пострадавшим, находящимся без сознания»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передачи личной информации о себе»</w:t>
            </w:r>
          </w:p>
        </w:tc>
        <w:tc>
          <w:tcPr>
            <w:tcW w:w="1728" w:type="dxa"/>
          </w:tcPr>
          <w:p w14:paraId="26BFE5D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«Мама — опора, мудрость и сила семьи»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 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«Ответственность за последствия конфликта» 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«Сомнительные виды заработка: как не попасть в ловушку мошенников?» 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безопасных финансовых операций. Опасность финансовых пирамид»</w:t>
            </w:r>
          </w:p>
        </w:tc>
        <w:tc>
          <w:tcPr>
            <w:tcW w:w="2592" w:type="dxa"/>
          </w:tcPr>
          <w:p w14:paraId="2AE0E00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челлендж</w:t>
            </w:r>
            <w:proofErr w:type="spellEnd"/>
          </w:p>
        </w:tc>
        <w:tc>
          <w:tcPr>
            <w:tcW w:w="1440" w:type="dxa"/>
          </w:tcPr>
          <w:p w14:paraId="0FFFBA4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609AC734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2043AA8B" w14:textId="77777777" w:rsidTr="00F07CE0">
        <w:tc>
          <w:tcPr>
            <w:tcW w:w="22032" w:type="dxa"/>
            <w:gridSpan w:val="8"/>
          </w:tcPr>
          <w:p w14:paraId="1E14D53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 3-й недели: «Ар-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намыс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қана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тәуелсіздікке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тірек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бола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алады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«Только честь может быть основой независимости».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15.03.27 г.–21.03.27 г.</w:t>
            </w:r>
          </w:p>
        </w:tc>
      </w:tr>
      <w:tr w:rsidR="00CB236B" w:rsidRPr="00B92A38" w14:paraId="19B1D918" w14:textId="77777777" w:rsidTr="00F07CE0">
        <w:tc>
          <w:tcPr>
            <w:tcW w:w="432" w:type="dxa"/>
          </w:tcPr>
          <w:p w14:paraId="5EF265F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760" w:type="dxa"/>
          </w:tcPr>
          <w:p w14:paraId="143FB6C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«Наурыз — начало года»</w:t>
            </w:r>
          </w:p>
        </w:tc>
        <w:tc>
          <w:tcPr>
            <w:tcW w:w="4320" w:type="dxa"/>
          </w:tcPr>
          <w:p w14:paraId="6B53297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«Наурыз — начало года»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«Первый поход в магазин в одиночку»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знакомств через сеть»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уберечься от опасности со стороны виртуальных друзей?»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Личная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безопасность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—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Опасные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ссылки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интернете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мессенджерах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0" w:type="dxa"/>
          </w:tcPr>
          <w:p w14:paraId="706B614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«Наурыз — начало года»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избегать опасных предметов на улице?»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предотвратить травмы и несчастные случаи в бассейне или на воде?»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распознать опасные ситуации на воде и предотвратить несчастные случаи?»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отличить опасные и непредсказуемые ситуации от безобидных шуток и предложений»</w:t>
            </w:r>
          </w:p>
        </w:tc>
        <w:tc>
          <w:tcPr>
            <w:tcW w:w="1728" w:type="dxa"/>
          </w:tcPr>
          <w:p w14:paraId="6280862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«Наурыз — праздник обновления, традиций и единства»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 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«Ответственность за последствия конфликта»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«Сомнительные виды заработка: как не попасть в ловушку мошенников?» 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безопасных финансовых операций. Опасность финансовых пирамид»</w:t>
            </w:r>
          </w:p>
        </w:tc>
        <w:tc>
          <w:tcPr>
            <w:tcW w:w="2592" w:type="dxa"/>
          </w:tcPr>
          <w:p w14:paraId="77A6CB5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54D3FEF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63E9C184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3F3F68E2" w14:textId="77777777" w:rsidTr="00F07CE0">
        <w:tc>
          <w:tcPr>
            <w:tcW w:w="22032" w:type="dxa"/>
            <w:gridSpan w:val="8"/>
          </w:tcPr>
          <w:p w14:paraId="56E2360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IV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четверть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Сәуір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еңбекқорлық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кәсіби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біліктілік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Апрель — месяц трудолюбия и профессионализма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2 апреля – Международный день детской книги 7 апреля – Всемирный день здоровья 12 апреля – День науки 15 апреля– Международный день культуры 18 апреля – Международный день охраны памятников и исторических мест 23 апреля – Национальный день книги</w:t>
            </w:r>
          </w:p>
        </w:tc>
      </w:tr>
      <w:tr w:rsidR="00CB236B" w:rsidRPr="00B92A38" w14:paraId="7B9C09F1" w14:textId="77777777" w:rsidTr="00F07CE0">
        <w:tc>
          <w:tcPr>
            <w:tcW w:w="22032" w:type="dxa"/>
            <w:gridSpan w:val="8"/>
          </w:tcPr>
          <w:p w14:paraId="7EA784B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 1-й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Патриотизмі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халық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жаны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тәнмен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«Нация без патриотизма подобна телу без души».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29.03.27 г.–04.04.27 г.</w:t>
            </w:r>
          </w:p>
        </w:tc>
      </w:tr>
      <w:tr w:rsidR="00CB236B" w:rsidRPr="00B92A38" w14:paraId="5B2117F7" w14:textId="77777777" w:rsidTr="00F07CE0">
        <w:tc>
          <w:tcPr>
            <w:tcW w:w="432" w:type="dxa"/>
          </w:tcPr>
          <w:p w14:paraId="2C36674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27</w:t>
            </w:r>
          </w:p>
        </w:tc>
        <w:tc>
          <w:tcPr>
            <w:tcW w:w="5760" w:type="dxa"/>
          </w:tcPr>
          <w:p w14:paraId="3E23D01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«Книги, которые мы выбираем»</w:t>
            </w:r>
          </w:p>
        </w:tc>
        <w:tc>
          <w:tcPr>
            <w:tcW w:w="4320" w:type="dxa"/>
          </w:tcPr>
          <w:p w14:paraId="7EF344B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«Книги, которые мы выбираем»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«Кто создаёт книгу: труд писателя, художника и печатника»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«Где можно и где нельзя играть»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«Комбинации продуктов, которые нельзя совмещать»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«Как создаётся книга: труд людей от автора до читателя»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«Дорога в школу. Твой ежедневный маршрут»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выбора продуктов в супермаркете»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«Люди, которые создают книги: от замысла до издания»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«Ты — велосипедист»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«Пять шагов при обнаружении подозрительных предметов»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«Книга как результат труда целой команды»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ПДД — «Выработка умений по оказанию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первой медицинской помощи при травмах, ссадинах»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«Опасность экспериментов с едой»</w:t>
            </w:r>
          </w:p>
        </w:tc>
        <w:tc>
          <w:tcPr>
            <w:tcW w:w="4320" w:type="dxa"/>
          </w:tcPr>
          <w:p w14:paraId="55A0276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«Книги, которые мы выбираем»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«Экологичная книга: как бережное использование бумаги помогает сохранять природные ресурсы»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избегать опасных предметов на улице?»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«Книга и экология: бережное отношение к бумаге и природным ресурсам»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предотвратить травмы и несчастные случаи в бассейне или на воде?»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«Осознанное потребление: повторное использование и обмен книгами вместо ненужных отходов»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«Как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распознать опасные ситуации на воде и предотвратить несчастные случаи?»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«Экологическая культура читателя: разумное использование печатных ресурсов и ответственное потребление»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отличить опасные и непредсказуемые ситуации от безобидных шуток и предложений»</w:t>
            </w:r>
          </w:p>
        </w:tc>
        <w:tc>
          <w:tcPr>
            <w:tcW w:w="1728" w:type="dxa"/>
          </w:tcPr>
          <w:p w14:paraId="7C155FA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«Книги, которые мы выбираем»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ИИ и книга — «Искусственный интеллект как помощник читателя: поиск, анализ и осмысление информации»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«Экологичная книга: бережное использование бумаги и сохранение природных ресурсов»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уверенно и прямо отказываться от опасных предложений»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ИИ и книга — «Книга в эпоху искусственного интеллекта: как технологии меняют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работу с текстом и информацией»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«Ответственное потребление: повторное использование, обмен книгами и бережное отношение к ресурсам»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«Ответственность за распространение ложной информации, в том числе в сети»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ИИ и книга — «Человек, книга и искусственный интеллект: почему критическое мышление остаётся ключевым навыком»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«Осознанное потребление ресурсов: электронные и печатные книги с точки зрения экологической ответственности»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не попасть под влияние сект?»</w:t>
            </w:r>
          </w:p>
        </w:tc>
        <w:tc>
          <w:tcPr>
            <w:tcW w:w="2592" w:type="dxa"/>
          </w:tcPr>
          <w:p w14:paraId="5B04834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572E332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226D6DFC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07406800" w14:textId="77777777" w:rsidTr="00F07CE0">
        <w:tc>
          <w:tcPr>
            <w:tcW w:w="22032" w:type="dxa"/>
            <w:gridSpan w:val="8"/>
          </w:tcPr>
          <w:p w14:paraId="1FA13A2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2-й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қуаныш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жалқаулық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айырылмас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азап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(Абай) </w:t>
            </w:r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 Труд</w:t>
            </w:r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— радость, лень — мучение» (Абай) 06–11.04.26 г.</w:t>
            </w:r>
          </w:p>
        </w:tc>
      </w:tr>
      <w:tr w:rsidR="00CB236B" w:rsidRPr="00B92A38" w14:paraId="2994E011" w14:textId="77777777" w:rsidTr="00F07CE0">
        <w:tc>
          <w:tcPr>
            <w:tcW w:w="432" w:type="dxa"/>
          </w:tcPr>
          <w:p w14:paraId="4CE2713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5760" w:type="dxa"/>
          </w:tcPr>
          <w:p w14:paraId="261DFAB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«7 апреля — Всемирный день здоровья.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Здоровый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шаг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к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жизни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труд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укрепляет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лень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ослабляет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0" w:type="dxa"/>
          </w:tcPr>
          <w:p w14:paraId="6727E6A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классного часа: «7 апреля — Всемирный день здоровья. Здоровый шаг к жизни: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труд укрепляет, лень ослабляет»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«Полезные привычки: учимся заботиться о себе каждый день»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«Чистота вокруг нас — здоровье каждого»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«Право ребёнка на здоровье и безопасность»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«Секретное слово с родителями»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 и движение — основа здорового образа жизни»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«Чистая окружающая среда — здоровая жизнь»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«Право на охрану здоровья и ответственное отношение к нему»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«Что делать, если встретил диких животных»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«Трудолюбие и полезные привычки укрепляют здоровье»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«Здоровье человека начинается с чистоты окружающей среды»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Конституции — «Право на здоровье 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личная ответственность за его сохранение»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«Программа родительского контроля: возможности для детей»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«Активность, труд и самодисциплина — шаг к здоровой жизни»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«Чистая среда — основа здоровья и качества жизни»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«Охрана здоровья как право человека и ответственное отношение к своему здоровью»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Личная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безопасность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—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подготовиться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к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отдыху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природе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?»</w:t>
            </w:r>
          </w:p>
        </w:tc>
        <w:tc>
          <w:tcPr>
            <w:tcW w:w="4320" w:type="dxa"/>
          </w:tcPr>
          <w:p w14:paraId="00C8093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«7 апреля — Всемирный день здоровья. Здоровый шаг к жизни»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на страже здоровья: кто помогает человеку сохранять здоровье»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«Чистая окружающая среда — важное условие здоровья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охрану здоровья и ответственное отношение к своему здоровью»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«Езда на велосипеде»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безопасной открытой игровой площадки»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на страже здоровья: кто помогает человеку сохранять здоровье»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«Чистая окружающая среда и её влияние на здоровье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«Охрана здоровья человека и ответственность за собственное благополучие»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«Правила дорожного движения для пешеходов. Дорожные “ловушки”»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«Безопасность на льду»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на страже здоровья: кто помогает человеку сохранять здоровье»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«Экологическая культура как часть здорового образа жизни»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человека на охрану здоровья и значение ответственного поведения»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«Проезд железнодорожных переездов. На загородных дорогах»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обеспечить безопасную езду на велосипеде для себя и окружающих»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на страже здоровья: кто помогает человеку сохранять здоровье»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«Здоровье человека и качество окружающей среды»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«Охрана здоровья как значимая ценность для человека и общества»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«Оказание первой медицинской помощи при вывихах. Оказание первой медицинской помощи при ожогах»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открыто обсуждать вопросы безопасности с родителями и доверенными взрослыми»</w:t>
            </w:r>
          </w:p>
        </w:tc>
        <w:tc>
          <w:tcPr>
            <w:tcW w:w="1728" w:type="dxa"/>
          </w:tcPr>
          <w:p w14:paraId="1515F1C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классного часа: «7 апреля — Всемирный день здоровья.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Здоровый шаг к жизни»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на страже здоровья: какие специалисты помогают сохранять жизнь и здоровье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«Чистая окружающая среда как важное условие здоровья человека»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охрану здоровья и ответственность человека за сохранение собственного здоровья»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преодолеть искушение и сделать правильный выбор в сомнительных ситуациях»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на страже здоровья: профессиональные направления в сфере медицины, профилактики и охраны здоровья»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«Экологическое благополучие Казахстана и его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влияние на здоровье населения»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«Охрана здоровья граждан как важная социальная ценность государства»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«Опасности онлайн-игр и интернет-зависимость»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на страже здоровья: профессиональный выбор, компетентность и ответственность специалиста за жизнь и здоровье людей»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Таза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Қазақстан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«Здоровье будущих поколений: ответственность за сохранение благоприятной окружающей среды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охрану здоровья и гарантированный объём медицинской помощи»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отличить истинную дружбу от ложной»</w:t>
            </w:r>
          </w:p>
        </w:tc>
        <w:tc>
          <w:tcPr>
            <w:tcW w:w="2592" w:type="dxa"/>
          </w:tcPr>
          <w:p w14:paraId="05E80EC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328B6D8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29F4A619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66233F2C" w14:textId="77777777" w:rsidTr="00F07CE0">
        <w:tc>
          <w:tcPr>
            <w:tcW w:w="22032" w:type="dxa"/>
            <w:gridSpan w:val="8"/>
          </w:tcPr>
          <w:p w14:paraId="4F64B93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3-й недели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Көп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еңбек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еткенге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бақыт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басын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иеді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 (Леонардо да Винчи) «Счастье благоволит тем, кто усердно трудится (Леонардо да Винчи) 05.04.27 г.–11.04.27 г.</w:t>
            </w:r>
          </w:p>
        </w:tc>
      </w:tr>
      <w:tr w:rsidR="00CB236B" w:rsidRPr="00B92A38" w14:paraId="3C911C49" w14:textId="77777777" w:rsidTr="00F07CE0">
        <w:tc>
          <w:tcPr>
            <w:tcW w:w="432" w:type="dxa"/>
          </w:tcPr>
          <w:p w14:paraId="713B739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5760" w:type="dxa"/>
          </w:tcPr>
          <w:p w14:paraId="10CF5F2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«12 апреля — День космонавтики.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Путешествие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начавшееся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Байконура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0" w:type="dxa"/>
          </w:tcPr>
          <w:p w14:paraId="7E82EEA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классного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часа: «12 апреля — День космонавтики. Путешествие, начавшееся с Байконура»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«Кто помогает человеку покорять космос»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«Где можно и где нельзя играть»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«Секретное слово с родителями»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«Большой космический полёт — труд многих людей»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«Дорога в школу. Твой ежедневный маршрут»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«Что делать, если встретил диких животных»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«Байконур: труд людей, открывающих дорогу в космос»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ПДД — «Ты — велосипедист»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«Программа родительского контроля: возможности для детей»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— «От инженера до космонавта: командный труд на пути к космосу»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ПДД — «Выработка умений по оказанию первой медицинской помощи при травмах,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ссадинах»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подготовиться к отдыху на природе?»</w:t>
            </w:r>
          </w:p>
        </w:tc>
        <w:tc>
          <w:tcPr>
            <w:tcW w:w="4320" w:type="dxa"/>
          </w:tcPr>
          <w:p w14:paraId="000B5EE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классного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часа: День космонавтики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«Путь, начавшийся с Байконура»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«Космическая отрасль: профессии людей, открывающих путь к звёздам»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«Привычки, сохраняющие здоровье»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«Космическая отрасль: профессии людей, открывающих путь к звёздам»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«Международные знаки помощи»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«Космическая отрасль: профессии людей, открывающих путь к звёздам»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«Дружба в трудные периоды: как безопасно помочь другу при конфликте?»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«Космическая отрасль: профессии людей, открывающих путь к звёздам»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«В сомнительных ситуациях: путь к здоровой и безопасной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жизни»</w:t>
            </w:r>
          </w:p>
        </w:tc>
        <w:tc>
          <w:tcPr>
            <w:tcW w:w="1728" w:type="dxa"/>
          </w:tcPr>
          <w:p w14:paraId="4F45A28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Основная тема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классного часа: «12 апреля — День космонавтики. Путь к звёздам начинается со знаний и труда»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 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космической отрасли: кто участвует в исследовании и освоении космоса»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«Подросток и трудовые отношения» 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«Космические технологии и современные профессии: какие специалисты создают и развивают космическую отрасль»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личных границ в интернете и социальных сетях» 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«Космическая отрасль как профессиональная сфера: образование, компетенции и перспективные направления для будущего специалиста»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«Защита от насилия: методы и правила обращения за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помощью»</w:t>
            </w:r>
          </w:p>
        </w:tc>
        <w:tc>
          <w:tcPr>
            <w:tcW w:w="2592" w:type="dxa"/>
          </w:tcPr>
          <w:p w14:paraId="3D782B1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461A255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</w:t>
            </w:r>
            <w:proofErr w:type="spellEnd"/>
          </w:p>
        </w:tc>
        <w:tc>
          <w:tcPr>
            <w:tcW w:w="1440" w:type="dxa"/>
          </w:tcPr>
          <w:p w14:paraId="74174A7A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0FEE26BC" w14:textId="77777777" w:rsidTr="00F07CE0">
        <w:tc>
          <w:tcPr>
            <w:tcW w:w="22032" w:type="dxa"/>
            <w:gridSpan w:val="8"/>
          </w:tcPr>
          <w:p w14:paraId="25F7010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4-й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Болашағы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зор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мамандықтар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тек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болашағы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зор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мамандар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бар» «Нет перспективных профессий, есть перспективные специалисты».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12.04.27 г.–18.04.27 г.</w:t>
            </w:r>
          </w:p>
        </w:tc>
      </w:tr>
      <w:tr w:rsidR="00CB236B" w:rsidRPr="00B92A38" w14:paraId="23E30972" w14:textId="77777777" w:rsidTr="00F07CE0">
        <w:tc>
          <w:tcPr>
            <w:tcW w:w="432" w:type="dxa"/>
          </w:tcPr>
          <w:p w14:paraId="3E50A39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760" w:type="dxa"/>
          </w:tcPr>
          <w:p w14:paraId="36A0683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«Все профессии важны»</w:t>
            </w:r>
          </w:p>
        </w:tc>
        <w:tc>
          <w:tcPr>
            <w:tcW w:w="4320" w:type="dxa"/>
          </w:tcPr>
          <w:p w14:paraId="42C9EA3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«Все профессии важны»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«Право каждого человека на труд и уважение к труду»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«Возможности искусственного интеллекта. Звонки с голосами родителей»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«Труд каждого человека важен и заслуживает уважения»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«Игры дома: соблюдение мер безопасности»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«Право на труд и свободный выбор будущей профессии»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игры в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«Право на труд, выбор профессии и уважение к человеку труда»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Личная безопасность — «Домашние игры: соблюдаем меры безопасности»</w:t>
            </w:r>
          </w:p>
        </w:tc>
        <w:tc>
          <w:tcPr>
            <w:tcW w:w="4320" w:type="dxa"/>
          </w:tcPr>
          <w:p w14:paraId="572AB4E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«Трудолюбие и профессиональная компетентность»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труд и свободный выбор профессии»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«Защита от буллинга! Строим мосты: вместе мы сила»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уверенно и безопасно отказать незнакомому человеку?»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труд и выбор профессии: знания и способности человека как основа профессионального развития»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«Защита от буллинга! Строим мосты: вместе мы сила»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«Искусственный интеллект: стоит ли доверять ему безоговорочно?»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«Труд, профессиональный выбор и право человека самостоятельно определять свой жизненный путь»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«Защита от буллинга! Строим мосты: вместе мы сила»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«Мои основные права и обязанности»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труд, свободный выбор профессии и значение профессиональной компетентности в современном обществе»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«Защита от буллинга!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Строим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мосты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вместе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сила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Личная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безопасность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— 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Опасные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селфи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28" w:type="dxa"/>
          </w:tcPr>
          <w:p w14:paraId="1C6A6D2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«Профессия будущего: мой выбор и мои компетенции»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 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«Как понять свои профессиональные интересы и способности: от самооценки к осознанному выбору направления»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человека на свободный выбор рода деятельности и профессии»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«Подросток и трудовые отношения» 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«Профессии будущего: какие компетенции становятся востребованными в условиях технологических изменений»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новой Конституции — «Свобода труда 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право самостоятельно выбирать профессиональное направление»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Человек труда (профориентация) — «От интересов и способностей к профессиональному выбору: образование, компетенции и перспективы выбранного направления»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новой Конституции — «Право на труд, выбор профессии и достойные условия профессиональной деятельности»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2592" w:type="dxa"/>
          </w:tcPr>
          <w:p w14:paraId="39EAB20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7BBCCB9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14DAAB1C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64F63A36" w14:textId="77777777" w:rsidTr="00F07CE0">
        <w:tc>
          <w:tcPr>
            <w:tcW w:w="22032" w:type="dxa"/>
            <w:gridSpan w:val="8"/>
          </w:tcPr>
          <w:p w14:paraId="57EE1DB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Цитата 5-й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Білікті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білім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жинап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кәсіп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етер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білімнің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дәмін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татып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өсіп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өнер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«Умный собирает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знания,познав</w:t>
            </w:r>
            <w:proofErr w:type="spellEnd"/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вкус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знаний,растет</w:t>
            </w:r>
            <w:proofErr w:type="spellEnd"/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 xml:space="preserve"> 26.04.27 г.–02.05.27 г.</w:t>
            </w:r>
          </w:p>
        </w:tc>
      </w:tr>
      <w:tr w:rsidR="00CB236B" w:rsidRPr="00B92A38" w14:paraId="6F28C5A5" w14:textId="77777777" w:rsidTr="00F07CE0">
        <w:tc>
          <w:tcPr>
            <w:tcW w:w="432" w:type="dxa"/>
          </w:tcPr>
          <w:p w14:paraId="55240FD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760" w:type="dxa"/>
          </w:tcPr>
          <w:p w14:paraId="637FBBD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«1 Мая — День единства народа Казахстана.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Разные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равные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едины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нашей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стране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0" w:type="dxa"/>
          </w:tcPr>
          <w:p w14:paraId="3655E4B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«1 Мая — День единства народа Казахстана. Разные, но равные — едины в нашей стране»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Конституции — «Все дети равны и имеют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одинаковые права»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«Равенство и уважение — основа жизни в единой стране»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«Равные права независимо от национальности и происхождения»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«Равенство прав, взаимное уважение и единство граждан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</w:p>
        </w:tc>
        <w:tc>
          <w:tcPr>
            <w:tcW w:w="4320" w:type="dxa"/>
          </w:tcPr>
          <w:p w14:paraId="18336658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«1 Мая — День единства народа Казахстана. Разные, но равные — едины в нашей стране»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Конституции — «Равные права граждан независимо от национальности 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происхождения»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«Экстренные номера»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«Равенство граждан и уважение прав каждого в многонациональном обществе»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экстренных служб»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«Равноправие граждан как основа единства и общественного согласия»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скорой помощи и телефоны доверия»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«Равенство прав и свобод граждан независимо от происхождения и национальной принадлежности»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«Номера скорой помощи и телефоны доверия»</w:t>
            </w:r>
          </w:p>
        </w:tc>
        <w:tc>
          <w:tcPr>
            <w:tcW w:w="1728" w:type="dxa"/>
          </w:tcPr>
          <w:p w14:paraId="06EA041B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Основная тема классного часа: «1 Мая — День единства народа Казахстана. Разные, но равные — едины в нашей стране»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Конституции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«Равенство граждан независимо от происхождения, национальности и других обстоятельств как основа общественного согласия»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«Окружение и развитие жизнестойкости»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«Может ли несовершеннолетний быть привлечён к юридической ответственности?»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Закон и порядок в контексте Конституции — «Равноправие граждан и уважение различий в многонациональном обществе 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«Типы лидеров и их качества»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«Эффективные стратегии реагирования на негативные высказывания в ваш адрес»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Закон и порядок в контексте Конституции — «Равенство прав и свобод граждан как конституционная основа общественного согласия и сплочённости народа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Казахстана»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DOSBOLLIKE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— «Ответственность — мой выбор»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«Основные правила защиты личных границ человека»</w:t>
            </w:r>
          </w:p>
        </w:tc>
        <w:tc>
          <w:tcPr>
            <w:tcW w:w="2592" w:type="dxa"/>
          </w:tcPr>
          <w:p w14:paraId="5AAC33E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1B4F482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4B900551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600FF2" w14:paraId="6C4122E9" w14:textId="77777777" w:rsidTr="00F07CE0">
        <w:tc>
          <w:tcPr>
            <w:tcW w:w="22032" w:type="dxa"/>
            <w:gridSpan w:val="8"/>
          </w:tcPr>
          <w:p w14:paraId="0A334740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Мамыр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бірлік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ынтымақ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айы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Май — месяц единства и согласия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  <w:t>1 мая– День единства народа Казахстана 7 мая – День защитника Отечества 9 мая – День Победы в Великой Отечественной войне 15 мая – Международный день семьи 18 мая – Международный день музеев 31 мая – День памяти жертв политических репрессий</w:t>
            </w:r>
          </w:p>
        </w:tc>
      </w:tr>
      <w:tr w:rsidR="00CB236B" w:rsidRPr="00B92A38" w14:paraId="0A27BAD3" w14:textId="77777777" w:rsidTr="00F07CE0">
        <w:tc>
          <w:tcPr>
            <w:tcW w:w="22032" w:type="dxa"/>
            <w:gridSpan w:val="8"/>
          </w:tcPr>
          <w:p w14:paraId="19E53B7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Цитата 1-й </w:t>
            </w:r>
            <w:proofErr w:type="gram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недели :</w:t>
            </w:r>
            <w:proofErr w:type="gram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Күннің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көзі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ортақ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жақсының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сөзі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ортақ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«Солнце светит для всех одинаково».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03.05.27 г.–09.05.27 г.</w:t>
            </w:r>
          </w:p>
        </w:tc>
      </w:tr>
      <w:tr w:rsidR="00CB236B" w:rsidRPr="00B92A38" w14:paraId="3F83A606" w14:textId="77777777" w:rsidTr="00F07CE0">
        <w:tc>
          <w:tcPr>
            <w:tcW w:w="432" w:type="dxa"/>
          </w:tcPr>
          <w:p w14:paraId="3136DBAA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760" w:type="dxa"/>
          </w:tcPr>
          <w:p w14:paraId="2095C64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7 мая День защитника Отечества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Урок безопасности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класс: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класс: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класс: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класс: «Сценарии звонков в экстренные службы при возникновении чрезвычайной ситуации»</w:t>
            </w:r>
          </w:p>
        </w:tc>
        <w:tc>
          <w:tcPr>
            <w:tcW w:w="4320" w:type="dxa"/>
          </w:tcPr>
          <w:p w14:paraId="2CE44A24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7 мая День защитника Отечества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Урок безопасности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 класс: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класс: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класс: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класс: «Сценарии звонков в экстренные службы при возникновении чрезвычайной ситуации»</w:t>
            </w:r>
          </w:p>
        </w:tc>
        <w:tc>
          <w:tcPr>
            <w:tcW w:w="4320" w:type="dxa"/>
          </w:tcPr>
          <w:p w14:paraId="4CFD115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Основная тема классного часа: 7 мая День защитника Отечества 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«Правила безопасности в школе»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1728" w:type="dxa"/>
          </w:tcPr>
          <w:p w14:paraId="238EC3F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Основная тема классного часа: 7 мая День защитника Отечества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2592" w:type="dxa"/>
          </w:tcPr>
          <w:p w14:paraId="36FFDB21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10864E0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0B6BBECE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639FE5AD" w14:textId="77777777" w:rsidTr="00F07CE0">
        <w:tc>
          <w:tcPr>
            <w:tcW w:w="22032" w:type="dxa"/>
            <w:gridSpan w:val="8"/>
          </w:tcPr>
          <w:p w14:paraId="38850F1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Цитата 2-й недели: «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Бірлік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болса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ұйым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ұйым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болса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күнің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жоқ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 «Без единства нет организации, а без организации нет единства».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17.05.27 г.–23.05.27 г.</w:t>
            </w:r>
          </w:p>
        </w:tc>
      </w:tr>
      <w:tr w:rsidR="00CB236B" w:rsidRPr="00B92A38" w14:paraId="624E87D8" w14:textId="77777777" w:rsidTr="00F07CE0">
        <w:tc>
          <w:tcPr>
            <w:tcW w:w="432" w:type="dxa"/>
          </w:tcPr>
          <w:p w14:paraId="083B0A46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5760" w:type="dxa"/>
          </w:tcPr>
          <w:p w14:paraId="5C05CC89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«9 Мая — День Победы: память о подвиге народа»</w:t>
            </w:r>
          </w:p>
        </w:tc>
        <w:tc>
          <w:tcPr>
            <w:tcW w:w="4320" w:type="dxa"/>
          </w:tcPr>
          <w:p w14:paraId="65848AF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«9 Мая — День Победы: память о подвиге народа»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1 класс: «Сценарии звонков в экстренные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 класс: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3 класс: «Сценарии звонков в экстренные службы при возникновении чрезвычайной ситуации»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4 класс: «Сценарии звонков в экстренные службы при возникновении чрезвычайной ситуации»</w:t>
            </w:r>
          </w:p>
        </w:tc>
        <w:tc>
          <w:tcPr>
            <w:tcW w:w="4320" w:type="dxa"/>
          </w:tcPr>
          <w:p w14:paraId="28D34453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«9 Мая — День Победы: память о подвиге народа»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5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Личная безопасность — 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«Безопасное возвращение домой: что делать в неблагоприятную погоду?»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6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«Ваши личные данные и как их защитить»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7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«Челлендж “Цифровая диета”: как повлияет кратковременный отказ от гаджетов?»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8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1728" w:type="dxa"/>
          </w:tcPr>
          <w:p w14:paraId="4BF0F8E5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«9 Мая — День Победы: память о подвиге народа»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Системная интеграция ценностей: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9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Личная безопасность — «Ваши личные данные и как их защитить»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10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«Челлендж “Цифровая диета”: как повлияет кратковременный отказ от гаджетов?»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11 класс</w:t>
            </w:r>
            <w:r w:rsidRPr="00B92A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2592" w:type="dxa"/>
          </w:tcPr>
          <w:p w14:paraId="768953BD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0D5E5EB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786553D8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36B" w:rsidRPr="00B92A38" w14:paraId="13797BC1" w14:textId="77777777" w:rsidTr="00F07CE0">
        <w:tc>
          <w:tcPr>
            <w:tcW w:w="22032" w:type="dxa"/>
            <w:gridSpan w:val="8"/>
          </w:tcPr>
          <w:p w14:paraId="79BE456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Цитата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3-й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недели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Жалғанда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ойлап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тұрсаң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бірлік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керек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бірлікті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ойлау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үшін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тірлік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керек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Төле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би) «Без единства нет толку ни в одном деле».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Толе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би</w:t>
            </w:r>
            <w:proofErr w:type="spellEnd"/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24.05.27 г.</w:t>
            </w:r>
          </w:p>
        </w:tc>
      </w:tr>
      <w:tr w:rsidR="00CB236B" w:rsidRPr="00B92A38" w14:paraId="4FD06B02" w14:textId="77777777" w:rsidTr="00F07CE0">
        <w:tc>
          <w:tcPr>
            <w:tcW w:w="432" w:type="dxa"/>
          </w:tcPr>
          <w:p w14:paraId="368D4DF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760" w:type="dxa"/>
          </w:tcPr>
          <w:p w14:paraId="65F5C98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Мои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знания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моей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Родине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  <w:proofErr w:type="gramEnd"/>
          </w:p>
        </w:tc>
        <w:tc>
          <w:tcPr>
            <w:tcW w:w="4320" w:type="dxa"/>
          </w:tcPr>
          <w:p w14:paraId="21426D4F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Мои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знания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моей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Родине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  <w:proofErr w:type="gramEnd"/>
          </w:p>
        </w:tc>
        <w:tc>
          <w:tcPr>
            <w:tcW w:w="4320" w:type="dxa"/>
          </w:tcPr>
          <w:p w14:paraId="0C683AEE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Мои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знания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моей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Родине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  <w:proofErr w:type="gramEnd"/>
          </w:p>
        </w:tc>
        <w:tc>
          <w:tcPr>
            <w:tcW w:w="1728" w:type="dxa"/>
          </w:tcPr>
          <w:p w14:paraId="15A97E07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Мои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знания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моей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Родине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  <w:proofErr w:type="gramEnd"/>
          </w:p>
        </w:tc>
        <w:tc>
          <w:tcPr>
            <w:tcW w:w="2592" w:type="dxa"/>
          </w:tcPr>
          <w:p w14:paraId="2254838C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440" w:type="dxa"/>
          </w:tcPr>
          <w:p w14:paraId="1F4763C2" w14:textId="77777777" w:rsidR="00CB236B" w:rsidRPr="00B92A38" w:rsidRDefault="002D5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  <w:proofErr w:type="spellEnd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A38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440" w:type="dxa"/>
          </w:tcPr>
          <w:p w14:paraId="10CAD169" w14:textId="77777777" w:rsidR="00CB236B" w:rsidRPr="00B92A38" w:rsidRDefault="00CB2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9A5F89B" w14:textId="77777777" w:rsidR="002D5967" w:rsidRPr="00B92A38" w:rsidRDefault="002D5967">
      <w:pPr>
        <w:rPr>
          <w:rFonts w:ascii="Times New Roman" w:hAnsi="Times New Roman" w:cs="Times New Roman"/>
          <w:sz w:val="20"/>
          <w:szCs w:val="20"/>
        </w:rPr>
      </w:pPr>
    </w:p>
    <w:sectPr w:rsidR="002D5967" w:rsidRPr="00B92A38" w:rsidSect="00034616">
      <w:pgSz w:w="16848" w:h="11952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8388440">
    <w:abstractNumId w:val="8"/>
  </w:num>
  <w:num w:numId="2" w16cid:durableId="1413311242">
    <w:abstractNumId w:val="6"/>
  </w:num>
  <w:num w:numId="3" w16cid:durableId="1593779350">
    <w:abstractNumId w:val="5"/>
  </w:num>
  <w:num w:numId="4" w16cid:durableId="879047464">
    <w:abstractNumId w:val="4"/>
  </w:num>
  <w:num w:numId="5" w16cid:durableId="1404453213">
    <w:abstractNumId w:val="7"/>
  </w:num>
  <w:num w:numId="6" w16cid:durableId="1998148897">
    <w:abstractNumId w:val="3"/>
  </w:num>
  <w:num w:numId="7" w16cid:durableId="360060609">
    <w:abstractNumId w:val="2"/>
  </w:num>
  <w:num w:numId="8" w16cid:durableId="569195173">
    <w:abstractNumId w:val="1"/>
  </w:num>
  <w:num w:numId="9" w16cid:durableId="526531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3DB2"/>
    <w:rsid w:val="0029639D"/>
    <w:rsid w:val="002D5967"/>
    <w:rsid w:val="00326F90"/>
    <w:rsid w:val="003D4EC2"/>
    <w:rsid w:val="00595CFE"/>
    <w:rsid w:val="00600FF2"/>
    <w:rsid w:val="00612323"/>
    <w:rsid w:val="009A7ED9"/>
    <w:rsid w:val="00A20F3A"/>
    <w:rsid w:val="00AA1D8D"/>
    <w:rsid w:val="00AF66B2"/>
    <w:rsid w:val="00B47730"/>
    <w:rsid w:val="00B92A38"/>
    <w:rsid w:val="00C240DE"/>
    <w:rsid w:val="00CB0664"/>
    <w:rsid w:val="00CB236B"/>
    <w:rsid w:val="00EA1E89"/>
    <w:rsid w:val="00F07CE0"/>
    <w:rsid w:val="00FC693F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469A2"/>
  <w14:defaultImageDpi w14:val="300"/>
  <w15:docId w15:val="{DD423020-6A35-4ED3-91BA-6CFBBF5A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7D2C68-7BE1-4629-A82D-BEAE2EDF3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58</Pages>
  <Words>18525</Words>
  <Characters>105598</Characters>
  <Application>Microsoft Office Word</Application>
  <DocSecurity>0</DocSecurity>
  <Lines>879</Lines>
  <Paragraphs>247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аккаунт</cp:lastModifiedBy>
  <cp:revision>10</cp:revision>
  <cp:lastPrinted>2026-09-21T05:05:00Z</cp:lastPrinted>
  <dcterms:created xsi:type="dcterms:W3CDTF">2013-12-23T23:15:00Z</dcterms:created>
  <dcterms:modified xsi:type="dcterms:W3CDTF">2026-09-21T08:14:00Z</dcterms:modified>
  <cp:category/>
</cp:coreProperties>
</file>